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after="0" w:line="240" w:lineRule="auto"/>
        <w:jc w:val="center"/>
      </w:pPr>
      <w:r>
        <w:rPr>
          <w:rFonts w:ascii="Arial" w:hAnsi="Arial" w:cs="Arial" w:eastAsia="Arial"/>
          <w:b/>
          <w:i w:val="0"/>
          <w:color w:val="1B3557"/>
          <w:sz w:val="72"/>
        </w:rPr>
        <w:t>SAILING FOR ALL</w:t>
      </w:r>
    </w:p>
    <w:p>
      <w:pPr>
        <w:spacing w:before="40" w:after="40" w:line="240" w:lineRule="auto"/>
        <w:jc w:val="center"/>
      </w:pPr>
      <w:r>
        <w:rPr>
          <w:rFonts w:ascii="Arial" w:hAnsi="Arial" w:cs="Arial" w:eastAsia="Arial"/>
          <w:b w:val="0"/>
          <w:i w:val="0"/>
          <w:color w:val="1A6B7A"/>
          <w:sz w:val="32"/>
        </w:rPr>
        <w:t>Illinois 501(c)(3) Nonprofit Formation Guide</w:t>
      </w:r>
    </w:p>
    <w:p>
      <w:pPr>
        <w:spacing w:before="20" w:after="40" w:line="240" w:lineRule="auto"/>
        <w:jc w:val="center"/>
      </w:pPr>
      <w:r>
        <w:rPr>
          <w:rFonts w:ascii="Arial" w:hAnsi="Arial" w:cs="Arial" w:eastAsia="Arial"/>
          <w:b w:val="0"/>
          <w:i/>
          <w:color w:val="666666"/>
          <w:sz w:val="22"/>
        </w:rPr>
        <w:t>Free Public Sailing Education  •  DIY Formation with AI Assistance  •  Illinois-Based</w:t>
      </w:r>
    </w:p>
    <w:p>
      <w:pPr>
        <w:spacing w:before="0" w:after="120" w:line="240" w:lineRule="auto"/>
        <w:pBdr>
          <w:bottom w:val="single" w:color="1A6B7A" w:sz="8" w:space="1"/>
        </w:pBdr>
      </w:pPr>
    </w:p>
    <w:p>
      <w:pPr>
        <w:spacing w:before="280" w:after="120" w:line="240" w:lineRule="auto"/>
        <w:pBdr>
          <w:bottom w:val="single" w:color="1A6B7A" w:sz="4" w:space="4"/>
        </w:pBdr>
      </w:pPr>
      <w:r>
        <w:rPr>
          <w:rFonts w:ascii="Arial" w:hAnsi="Arial" w:cs="Arial" w:eastAsia="Arial"/>
          <w:b/>
          <w:i w:val="0"/>
          <w:color w:val="1B3557"/>
          <w:sz w:val="36"/>
        </w:rPr>
        <w:t>Mission</w:t>
      </w:r>
    </w:p>
    <w:p>
      <w:pPr>
        <w:spacing w:before="0" w:after="100" w:line="240" w:lineRule="auto"/>
      </w:pPr>
      <w:r>
        <w:rPr>
          <w:rFonts w:ascii="Arial" w:hAnsi="Arial" w:cs="Arial" w:eastAsia="Arial"/>
          <w:b w:val="0"/>
          <w:i w:val="0"/>
          <w:color w:val="333333"/>
          <w:sz w:val="20"/>
        </w:rPr>
        <w:t>To teach sailing to the general public, youth, and mixed demographics entirely free of charge — preserving a vital human skill, the direct connection between wind, water, and body, that no artificial intelligence can replicate or replace.</w:t>
      </w:r>
    </w:p>
    <w:p>
      <w:pPr>
        <w:spacing w:before="280" w:after="120" w:line="240" w:lineRule="auto"/>
        <w:pBdr>
          <w:bottom w:val="single" w:color="1A6B7A" w:sz="4" w:space="4"/>
        </w:pBdr>
      </w:pPr>
      <w:r>
        <w:rPr>
          <w:rFonts w:ascii="Arial" w:hAnsi="Arial" w:cs="Arial" w:eastAsia="Arial"/>
          <w:b/>
          <w:i w:val="0"/>
          <w:color w:val="1B3557"/>
          <w:sz w:val="36"/>
        </w:rPr>
        <w:t>Critical Warnings — Read Before Anything Else</w:t>
      </w:r>
    </w:p>
    <w:tbl>
      <w:tblPr>
        <w:tblW w:type="auto" w:w="0"/>
        <w:tblLayout w:type="fixed"/>
        <w:tblLook w:firstColumn="1" w:firstRow="1" w:lastColumn="0" w:lastRow="0" w:noHBand="0" w:noVBand="1" w:val="04A0"/>
        <w:tblBorders>
          <w:top w:val="single" w:color="C0392B" w:sz="8"/>
          <w:left w:val="single" w:color="C0392B" w:sz="8"/>
          <w:bottom w:val="single" w:color="C0392B" w:sz="8"/>
          <w:right w:val="single" w:color="C0392B" w:sz="8"/>
        </w:tblBorders>
      </w:tblPr>
      <w:tblGrid>
        <w:gridCol w:w="10080"/>
      </w:tblGrid>
      <w:tr>
        <w:tc>
          <w:tcPr>
            <w:tcW w:type="dxa" w:w="9360"/>
            <w:shd w:val="clear" w:fill="FDECEA"/>
            <w:tcBorders>
              <w:top w:val="none" w:color="FFFFFF" w:sz="4"/>
              <w:left w:val="none" w:color="FFFFFF" w:sz="4"/>
              <w:bottom w:val="none" w:color="FFFFFF" w:sz="4"/>
              <w:right w:val="none" w:color="FFFFFF" w:sz="4"/>
            </w:tcBorders>
          </w:tcPr>
          <w:p>
            <w:pPr>
              <w:spacing w:before="0" w:after="60" w:line="240" w:lineRule="auto"/>
            </w:pPr>
            <w:r>
              <w:rPr>
                <w:rFonts w:ascii="Arial" w:hAnsi="Arial" w:cs="Arial" w:eastAsia="Arial"/>
                <w:b/>
                <w:i w:val="0"/>
                <w:color w:val="C0392B"/>
                <w:sz w:val="22"/>
              </w:rPr>
              <w:t>🚫  Solo Founder + Paid CEO = IRS Red Flag</w:t>
            </w:r>
          </w:p>
          <w:p>
            <w:pPr>
              <w:spacing w:before="0" w:after="0" w:line="240" w:lineRule="auto"/>
            </w:pPr>
            <w:r>
              <w:rPr>
                <w:rFonts w:ascii="Arial" w:hAnsi="Arial" w:cs="Arial" w:eastAsia="Arial"/>
                <w:b w:val="0"/>
                <w:i w:val="0"/>
                <w:color w:val="333333"/>
                <w:sz w:val="20"/>
              </w:rPr>
              <w:t>A solo founder cannot simultaneously be the only director and the compensated CEO without triggering IRS scrutiny for self-dealing. The IRS requires that a majority of your board be independent — no family, business, or financial relationship to the organization. Your 5-seat structure (Section 0) satisfies this only if at least 3 seats are genuinely independent. Recruit and confirm the board before you file Form 1023.</w:t>
            </w:r>
          </w:p>
        </w:tc>
      </w:tr>
    </w:tbl>
    <w:p>
      <w:pPr>
        <w:spacing w:before="0" w:after="60" w:line="240" w:lineRule="auto"/>
      </w:pPr>
    </w:p>
    <w:tbl>
      <w:tblPr>
        <w:tblW w:type="auto" w:w="0"/>
        <w:tblLayout w:type="fixed"/>
        <w:tblLook w:firstColumn="1" w:firstRow="1" w:lastColumn="0" w:lastRow="0" w:noHBand="0" w:noVBand="1" w:val="04A0"/>
        <w:tblBorders>
          <w:top w:val="single" w:color="FFC107" w:sz="8"/>
          <w:left w:val="single" w:color="FFC107" w:sz="8"/>
          <w:bottom w:val="single" w:color="FFC107" w:sz="8"/>
          <w:right w:val="single" w:color="FFC107" w:sz="8"/>
        </w:tblBorders>
      </w:tblPr>
      <w:tblGrid>
        <w:gridCol w:w="10080"/>
      </w:tblGrid>
      <w:tr>
        <w:tc>
          <w:tcPr>
            <w:tcW w:type="dxa" w:w="9360"/>
            <w:shd w:val="clear" w:fill="FFF3CD"/>
            <w:tcBorders>
              <w:top w:val="none" w:color="FFFFFF" w:sz="4"/>
              <w:left w:val="none" w:color="FFFFFF" w:sz="4"/>
              <w:bottom w:val="none" w:color="FFFFFF" w:sz="4"/>
              <w:right w:val="none" w:color="FFFFFF" w:sz="4"/>
            </w:tcBorders>
          </w:tcPr>
          <w:p>
            <w:pPr>
              <w:spacing w:before="0" w:after="60" w:line="240" w:lineRule="auto"/>
            </w:pPr>
            <w:r>
              <w:rPr>
                <w:rFonts w:ascii="Arial" w:hAnsi="Arial" w:cs="Arial" w:eastAsia="Arial"/>
                <w:b/>
                <w:i w:val="0"/>
                <w:color w:val="FFC107"/>
                <w:sz w:val="22"/>
              </w:rPr>
              <w:t>⚠  Your Revenue Puts You on Form 1023 — Not the EZ</w:t>
            </w:r>
          </w:p>
          <w:p>
            <w:pPr>
              <w:spacing w:before="0" w:after="0" w:line="240" w:lineRule="auto"/>
            </w:pPr>
            <w:r>
              <w:rPr>
                <w:rFonts w:ascii="Arial" w:hAnsi="Arial" w:cs="Arial" w:eastAsia="Arial"/>
                <w:b w:val="0"/>
                <w:i w:val="0"/>
                <w:color w:val="333333"/>
                <w:sz w:val="20"/>
              </w:rPr>
              <w:t>The simplified Form 1023-EZ is only available to organizations projecting under $50,000/year in gross receipts. At a $50K–$75K projection you must file the full Form 1023 ($600 fee, ~100 hours of preparation). Filing the wrong form can result in revocation later — do not use the EZ to save time.</w:t>
            </w:r>
          </w:p>
        </w:tc>
      </w:tr>
    </w:tbl>
    <w:p>
      <w:pPr>
        <w:spacing w:before="0" w:after="60" w:line="240" w:lineRule="auto"/>
      </w:pPr>
    </w:p>
    <w:tbl>
      <w:tblPr>
        <w:tblW w:type="auto" w:w="0"/>
        <w:tblLayout w:type="fixed"/>
        <w:tblLook w:firstColumn="1" w:firstRow="1" w:lastColumn="0" w:lastRow="0" w:noHBand="0" w:noVBand="1" w:val="04A0"/>
        <w:tblBorders>
          <w:top w:val="single" w:color="FFC107" w:sz="8"/>
          <w:left w:val="single" w:color="FFC107" w:sz="8"/>
          <w:bottom w:val="single" w:color="FFC107" w:sz="8"/>
          <w:right w:val="single" w:color="FFC107" w:sz="8"/>
        </w:tblBorders>
      </w:tblPr>
      <w:tblGrid>
        <w:gridCol w:w="10080"/>
      </w:tblGrid>
      <w:tr>
        <w:tc>
          <w:tcPr>
            <w:tcW w:type="dxa" w:w="9360"/>
            <w:shd w:val="clear" w:fill="FFF3CD"/>
            <w:tcBorders>
              <w:top w:val="none" w:color="FFFFFF" w:sz="4"/>
              <w:left w:val="none" w:color="FFFFFF" w:sz="4"/>
              <w:bottom w:val="none" w:color="FFFFFF" w:sz="4"/>
              <w:right w:val="none" w:color="FFFFFF" w:sz="4"/>
            </w:tcBorders>
          </w:tcPr>
          <w:p>
            <w:pPr>
              <w:spacing w:before="0" w:after="60" w:line="240" w:lineRule="auto"/>
            </w:pPr>
            <w:r>
              <w:rPr>
                <w:rFonts w:ascii="Arial" w:hAnsi="Arial" w:cs="Arial" w:eastAsia="Arial"/>
                <w:b/>
                <w:i w:val="0"/>
                <w:color w:val="FFC107"/>
                <w:sz w:val="22"/>
              </w:rPr>
              <w:t>⚠  Why Illinois — Not Delaware or Wyoming</w:t>
            </w:r>
          </w:p>
          <w:p>
            <w:pPr>
              <w:spacing w:before="0" w:after="0" w:line="240" w:lineRule="auto"/>
            </w:pPr>
            <w:r>
              <w:rPr>
                <w:rFonts w:ascii="Arial" w:hAnsi="Arial" w:cs="Arial" w:eastAsia="Arial"/>
                <w:b w:val="0"/>
                <w:i w:val="0"/>
                <w:color w:val="333333"/>
                <w:sz w:val="20"/>
              </w:rPr>
              <w:t>The IRS grants 501(c)(3) status federally; the state choice affects only your annual compliance burden and cost. Incorporate where you operate.</w:t>
            </w:r>
          </w:p>
          <w:p>
            <w:pPr>
              <w:spacing w:before="0" w:after="0" w:line="240" w:lineRule="auto"/>
            </w:pPr>
            <w:r>
              <w:rPr>
                <w:rFonts w:ascii="Arial" w:hAnsi="Arial" w:cs="Arial" w:eastAsia="Arial"/>
                <w:b w:val="0"/>
                <w:i w:val="0"/>
                <w:color w:val="333333"/>
                <w:sz w:val="20"/>
              </w:rPr>
              <w:t>Delaware and Wyoming benefit for-profit corporations seeking investment. For a community nonprofit operating in one state, incorporating out of state means double compliance: a foreign-nonprofit registration in Illinois plus the home-state annual report plus a paid registered agent ($150–$300/yr). Illinois-based formation avoids all of it and lets the CEO self-appoint as registered agent.</w:t>
            </w:r>
          </w:p>
        </w:tc>
      </w:tr>
    </w:tbl>
    <w:p>
      <w:pPr>
        <w:spacing w:before="0" w:after="60" w:line="240" w:lineRule="auto"/>
      </w:pPr>
    </w:p>
    <w:p>
      <w:pPr>
        <w:spacing w:before="280" w:after="120" w:line="240" w:lineRule="auto"/>
        <w:pBdr>
          <w:bottom w:val="single" w:color="1A6B7A" w:sz="4" w:space="4"/>
        </w:pBdr>
      </w:pPr>
      <w:r>
        <w:rPr>
          <w:rFonts w:ascii="Arial" w:hAnsi="Arial" w:cs="Arial" w:eastAsia="Arial"/>
          <w:b/>
          <w:i w:val="0"/>
          <w:color w:val="1B3557"/>
          <w:sz w:val="36"/>
        </w:rPr>
        <w:t>0. Governance Architecture — Decide This First</w:t>
      </w:r>
    </w:p>
    <w:p>
      <w:pPr>
        <w:spacing w:before="0" w:after="100" w:line="240" w:lineRule="auto"/>
      </w:pPr>
      <w:r>
        <w:rPr>
          <w:rFonts w:ascii="Arial" w:hAnsi="Arial" w:cs="Arial" w:eastAsia="Arial"/>
          <w:b w:val="0"/>
          <w:i w:val="0"/>
          <w:color w:val="333333"/>
          <w:sz w:val="20"/>
        </w:rPr>
        <w:t>Everything that follows — state filings, Form 1023, compensation structure — is built on top of this. Get it wrong here and nothing else fixes it.</w:t>
      </w:r>
    </w:p>
    <w:tbl>
      <w:tblPr>
        <w:tblW w:type="auto" w:w="0"/>
        <w:tblLayout w:type="fixed"/>
        <w:tblLook w:firstColumn="1" w:firstRow="1" w:lastColumn="0" w:lastRow="0" w:noHBand="0" w:noVBand="1" w:val="04A0"/>
        <w:tblBorders>
          <w:top w:val="single" w:color="FFC107" w:sz="8"/>
          <w:left w:val="single" w:color="FFC107" w:sz="8"/>
          <w:bottom w:val="single" w:color="FFC107" w:sz="8"/>
          <w:right w:val="single" w:color="FFC107" w:sz="8"/>
        </w:tblBorders>
      </w:tblPr>
      <w:tblGrid>
        <w:gridCol w:w="10080"/>
      </w:tblGrid>
      <w:tr>
        <w:tc>
          <w:tcPr>
            <w:tcW w:type="dxa" w:w="9360"/>
            <w:shd w:val="clear" w:fill="FFF3CD"/>
            <w:tcBorders>
              <w:top w:val="none" w:color="FFFFFF" w:sz="4"/>
              <w:left w:val="none" w:color="FFFFFF" w:sz="4"/>
              <w:bottom w:val="none" w:color="FFFFFF" w:sz="4"/>
              <w:right w:val="none" w:color="FFFFFF" w:sz="4"/>
            </w:tcBorders>
          </w:tcPr>
          <w:p>
            <w:pPr>
              <w:spacing w:before="0" w:after="60" w:line="240" w:lineRule="auto"/>
            </w:pPr>
            <w:r>
              <w:rPr>
                <w:rFonts w:ascii="Arial" w:hAnsi="Arial" w:cs="Arial" w:eastAsia="Arial"/>
                <w:b/>
                <w:i w:val="0"/>
                <w:color w:val="FFC107"/>
                <w:sz w:val="22"/>
              </w:rPr>
              <w:t>⚠  Board Independence Is Not Optional — It Is an IRS Requirement</w:t>
            </w:r>
          </w:p>
          <w:p>
            <w:pPr>
              <w:spacing w:before="0" w:after="0" w:line="240" w:lineRule="auto"/>
            </w:pPr>
            <w:r>
              <w:rPr>
                <w:rFonts w:ascii="Arial" w:hAnsi="Arial" w:cs="Arial" w:eastAsia="Arial"/>
                <w:b w:val="0"/>
                <w:i w:val="0"/>
                <w:color w:val="333333"/>
                <w:sz w:val="20"/>
              </w:rPr>
              <w:t>You have chosen a 5-member board drawn from the CEO's trusted circle. The IRS does not care about trust — it cares about independence. At least 3 of your 5 board members must have no family relationship, no business relationship, and no financial benefit from the organization. This is enforced through the Form 1023 Part V questions and your Conflict of Interest Policy. If all 5 members are closely tied to the CEO, you risk a private benefit challenge. Structure accordingly.</w:t>
            </w:r>
          </w:p>
        </w:tc>
      </w:tr>
    </w:tbl>
    <w:p>
      <w:pPr>
        <w:spacing w:before="0" w:after="60" w:line="240" w:lineRule="auto"/>
      </w:pPr>
    </w:p>
    <w:p>
      <w:pPr>
        <w:spacing w:before="160" w:after="80" w:line="240" w:lineRule="auto"/>
      </w:pPr>
      <w:r>
        <w:rPr>
          <w:rFonts w:ascii="Arial" w:hAnsi="Arial" w:cs="Arial" w:eastAsia="Arial"/>
          <w:b/>
          <w:i w:val="0"/>
          <w:color w:val="1A6B7A"/>
          <w:sz w:val="26"/>
        </w:rPr>
        <w:t>Board Structure — Illinois Requirements + IRS Best Practice</w:t>
      </w:r>
    </w:p>
    <w:p>
      <w:pPr>
        <w:spacing w:before="0" w:after="100" w:line="240" w:lineRule="auto"/>
      </w:pPr>
      <w:r>
        <w:rPr>
          <w:rFonts w:ascii="Arial" w:hAnsi="Arial" w:cs="Arial" w:eastAsia="Arial"/>
          <w:b w:val="0"/>
          <w:i w:val="0"/>
          <w:color w:val="333333"/>
          <w:sz w:val="20"/>
        </w:rPr>
        <w:t>Illinois requires a minimum of 3 directors for a nonprofit corporation (805 ILCS 105/108.05). You have chosen 5, which is correct and IRS-friendly.</w:t>
      </w:r>
    </w:p>
    <w:tbl>
      <w:tblPr>
        <w:tblW w:type="auto" w:w="0"/>
        <w:tblLayout w:type="fixed"/>
        <w:tblLook w:firstColumn="1" w:firstRow="1" w:lastColumn="0" w:lastRow="0" w:noHBand="0" w:noVBand="1" w:val="04A0"/>
        <w:tblBorders>
          <w:top w:val="single" w:color="auto" w:sz="4"/>
          <w:left w:val="single" w:color="auto" w:sz="4"/>
          <w:bottom w:val="single" w:color="auto" w:sz="4"/>
          <w:right w:val="single" w:color="auto" w:sz="4"/>
          <w:insideH w:val="single" w:color="auto" w:sz="4"/>
          <w:insideV w:val="single" w:color="auto" w:sz="4"/>
        </w:tblBorders>
      </w:tblPr>
      <w:tblGrid>
        <w:gridCol w:w="2520"/>
        <w:gridCol w:w="2520"/>
        <w:gridCol w:w="2520"/>
        <w:gridCol w:w="2520"/>
      </w:tblGrid>
      <w:tr>
        <w:tc>
          <w:tcPr>
            <w:tcW w:type="dxa" w:w="1337"/>
            <w:shd w:val="clear" w:fill="1B3557"/>
          </w:tcPr>
          <w:p>
            <w:pPr>
              <w:spacing w:before="20" w:after="20" w:line="240" w:lineRule="auto"/>
            </w:pPr>
            <w:r>
              <w:rPr>
                <w:rFonts w:ascii="Arial" w:hAnsi="Arial" w:cs="Arial" w:eastAsia="Arial"/>
                <w:b/>
                <w:i w:val="0"/>
                <w:color w:val="FFFFFF"/>
                <w:sz w:val="20"/>
              </w:rPr>
              <w:t>Seat</w:t>
            </w:r>
          </w:p>
        </w:tc>
        <w:tc>
          <w:tcPr>
            <w:tcW w:type="dxa" w:w="1872"/>
            <w:shd w:val="clear" w:fill="1B3557"/>
          </w:tcPr>
          <w:p>
            <w:pPr>
              <w:spacing w:before="20" w:after="20" w:line="240" w:lineRule="auto"/>
            </w:pPr>
            <w:r>
              <w:rPr>
                <w:rFonts w:ascii="Arial" w:hAnsi="Arial" w:cs="Arial" w:eastAsia="Arial"/>
                <w:b/>
                <w:i w:val="0"/>
                <w:color w:val="FFFFFF"/>
                <w:sz w:val="20"/>
              </w:rPr>
              <w:t>Role</w:t>
            </w:r>
          </w:p>
        </w:tc>
        <w:tc>
          <w:tcPr>
            <w:tcW w:type="dxa" w:w="1872"/>
            <w:shd w:val="clear" w:fill="1B3557"/>
          </w:tcPr>
          <w:p>
            <w:pPr>
              <w:spacing w:before="20" w:after="20" w:line="240" w:lineRule="auto"/>
            </w:pPr>
            <w:r>
              <w:rPr>
                <w:rFonts w:ascii="Arial" w:hAnsi="Arial" w:cs="Arial" w:eastAsia="Arial"/>
                <w:b/>
                <w:i w:val="0"/>
                <w:color w:val="FFFFFF"/>
                <w:sz w:val="20"/>
              </w:rPr>
              <w:t>Compensation</w:t>
            </w:r>
          </w:p>
        </w:tc>
        <w:tc>
          <w:tcPr>
            <w:tcW w:type="dxa" w:w="4278"/>
            <w:shd w:val="clear" w:fill="1B3557"/>
          </w:tcPr>
          <w:p>
            <w:pPr>
              <w:spacing w:before="20" w:after="20" w:line="240" w:lineRule="auto"/>
            </w:pPr>
            <w:r>
              <w:rPr>
                <w:rFonts w:ascii="Arial" w:hAnsi="Arial" w:cs="Arial" w:eastAsia="Arial"/>
                <w:b/>
                <w:i w:val="0"/>
                <w:color w:val="FFFFFF"/>
                <w:sz w:val="20"/>
              </w:rPr>
              <w:t>Independence Requirement</w:t>
            </w:r>
          </w:p>
        </w:tc>
      </w:tr>
      <w:tr>
        <w:tc>
          <w:tcPr>
            <w:tcW w:type="dxa" w:w="1337"/>
            <w:shd w:val="clear" w:fill="FFFFFF"/>
          </w:tcPr>
          <w:p>
            <w:pPr>
              <w:spacing w:before="20" w:after="20" w:line="240" w:lineRule="auto"/>
            </w:pPr>
            <w:r>
              <w:rPr>
                <w:rFonts w:ascii="Arial" w:hAnsi="Arial" w:cs="Arial" w:eastAsia="Arial"/>
                <w:b/>
                <w:i w:val="0"/>
                <w:color w:val="333333"/>
                <w:sz w:val="20"/>
              </w:rPr>
              <w:t>Seat 1</w:t>
            </w:r>
          </w:p>
        </w:tc>
        <w:tc>
          <w:tcPr>
            <w:tcW w:type="dxa" w:w="1872"/>
            <w:shd w:val="clear" w:fill="FFFFFF"/>
          </w:tcPr>
          <w:p>
            <w:pPr>
              <w:spacing w:before="20" w:after="20" w:line="240" w:lineRule="auto"/>
            </w:pPr>
            <w:r>
              <w:rPr>
                <w:rFonts w:ascii="Arial" w:hAnsi="Arial" w:cs="Arial" w:eastAsia="Arial"/>
                <w:b w:val="0"/>
                <w:i w:val="0"/>
                <w:color w:val="333333"/>
                <w:sz w:val="20"/>
              </w:rPr>
              <w:t>CEO / Executive Director</w:t>
            </w:r>
          </w:p>
        </w:tc>
        <w:tc>
          <w:tcPr>
            <w:tcW w:type="dxa" w:w="1872"/>
            <w:shd w:val="clear" w:fill="FFFFFF"/>
          </w:tcPr>
          <w:p>
            <w:pPr>
              <w:spacing w:before="20" w:after="20" w:line="240" w:lineRule="auto"/>
            </w:pPr>
            <w:r>
              <w:rPr>
                <w:rFonts w:ascii="Arial" w:hAnsi="Arial" w:cs="Arial" w:eastAsia="Arial"/>
                <w:b w:val="0"/>
                <w:i w:val="0"/>
                <w:color w:val="333333"/>
                <w:sz w:val="20"/>
              </w:rPr>
              <w:t>Stipend (~$15K/yr)</w:t>
            </w:r>
          </w:p>
        </w:tc>
        <w:tc>
          <w:tcPr>
            <w:tcW w:type="dxa" w:w="4278"/>
            <w:shd w:val="clear" w:fill="FFFFFF"/>
          </w:tcPr>
          <w:p>
            <w:pPr>
              <w:spacing w:before="20" w:after="20" w:line="240" w:lineRule="auto"/>
            </w:pPr>
            <w:r>
              <w:rPr>
                <w:rFonts w:ascii="Arial" w:hAnsi="Arial" w:cs="Arial" w:eastAsia="Arial"/>
                <w:b w:val="0"/>
                <w:i w:val="0"/>
                <w:color w:val="333333"/>
                <w:sz w:val="20"/>
              </w:rPr>
              <w:t>NOT independent. Compensated officer. Reports to the board. Cannot vote on their own compensation.</w:t>
            </w:r>
          </w:p>
        </w:tc>
      </w:tr>
      <w:tr>
        <w:tc>
          <w:tcPr>
            <w:tcW w:type="dxa" w:w="1337"/>
            <w:shd w:val="clear" w:fill="F4F6F8"/>
          </w:tcPr>
          <w:p>
            <w:pPr>
              <w:spacing w:before="20" w:after="20" w:line="240" w:lineRule="auto"/>
            </w:pPr>
            <w:r>
              <w:rPr>
                <w:rFonts w:ascii="Arial" w:hAnsi="Arial" w:cs="Arial" w:eastAsia="Arial"/>
                <w:b/>
                <w:i w:val="0"/>
                <w:color w:val="333333"/>
                <w:sz w:val="20"/>
              </w:rPr>
              <w:t>Seat 2</w:t>
            </w:r>
          </w:p>
        </w:tc>
        <w:tc>
          <w:tcPr>
            <w:tcW w:type="dxa" w:w="1872"/>
            <w:shd w:val="clear" w:fill="F4F6F8"/>
          </w:tcPr>
          <w:p>
            <w:pPr>
              <w:spacing w:before="20" w:after="20" w:line="240" w:lineRule="auto"/>
            </w:pPr>
            <w:r>
              <w:rPr>
                <w:rFonts w:ascii="Arial" w:hAnsi="Arial" w:cs="Arial" w:eastAsia="Arial"/>
                <w:b w:val="0"/>
                <w:i w:val="0"/>
                <w:color w:val="333333"/>
                <w:sz w:val="20"/>
              </w:rPr>
              <w:t>Board Chair</w:t>
            </w:r>
          </w:p>
        </w:tc>
        <w:tc>
          <w:tcPr>
            <w:tcW w:type="dxa" w:w="1872"/>
            <w:shd w:val="clear" w:fill="F4F6F8"/>
          </w:tcPr>
          <w:p>
            <w:pPr>
              <w:spacing w:before="20" w:after="20" w:line="240" w:lineRule="auto"/>
            </w:pPr>
            <w:r>
              <w:rPr>
                <w:rFonts w:ascii="Arial" w:hAnsi="Arial" w:cs="Arial" w:eastAsia="Arial"/>
                <w:b w:val="0"/>
                <w:i w:val="0"/>
                <w:color w:val="333333"/>
                <w:sz w:val="20"/>
              </w:rPr>
              <w:t>Volunteer (none)</w:t>
            </w:r>
          </w:p>
        </w:tc>
        <w:tc>
          <w:tcPr>
            <w:tcW w:type="dxa" w:w="4278"/>
            <w:shd w:val="clear" w:fill="F4F6F8"/>
          </w:tcPr>
          <w:p>
            <w:pPr>
              <w:spacing w:before="20" w:after="20" w:line="240" w:lineRule="auto"/>
            </w:pPr>
            <w:r>
              <w:rPr>
                <w:rFonts w:ascii="Arial" w:hAnsi="Arial" w:cs="Arial" w:eastAsia="Arial"/>
                <w:b w:val="0"/>
                <w:i w:val="0"/>
                <w:color w:val="333333"/>
                <w:sz w:val="20"/>
              </w:rPr>
              <w:t>MUST be independent. Runs board meetings. Reviews CEO performance. Cannot be a family member of CEO.</w:t>
            </w:r>
          </w:p>
        </w:tc>
      </w:tr>
      <w:tr>
        <w:tc>
          <w:tcPr>
            <w:tcW w:type="dxa" w:w="1337"/>
            <w:shd w:val="clear" w:fill="FFFFFF"/>
          </w:tcPr>
          <w:p>
            <w:pPr>
              <w:spacing w:before="20" w:after="20" w:line="240" w:lineRule="auto"/>
            </w:pPr>
            <w:r>
              <w:rPr>
                <w:rFonts w:ascii="Arial" w:hAnsi="Arial" w:cs="Arial" w:eastAsia="Arial"/>
                <w:b/>
                <w:i w:val="0"/>
                <w:color w:val="333333"/>
                <w:sz w:val="20"/>
              </w:rPr>
              <w:t>Seat 3</w:t>
            </w:r>
          </w:p>
        </w:tc>
        <w:tc>
          <w:tcPr>
            <w:tcW w:type="dxa" w:w="1872"/>
            <w:shd w:val="clear" w:fill="FFFFFF"/>
          </w:tcPr>
          <w:p>
            <w:pPr>
              <w:spacing w:before="20" w:after="20" w:line="240" w:lineRule="auto"/>
            </w:pPr>
            <w:r>
              <w:rPr>
                <w:rFonts w:ascii="Arial" w:hAnsi="Arial" w:cs="Arial" w:eastAsia="Arial"/>
                <w:b w:val="0"/>
                <w:i w:val="0"/>
                <w:color w:val="333333"/>
                <w:sz w:val="20"/>
              </w:rPr>
              <w:t>Treasurer</w:t>
            </w:r>
          </w:p>
        </w:tc>
        <w:tc>
          <w:tcPr>
            <w:tcW w:type="dxa" w:w="1872"/>
            <w:shd w:val="clear" w:fill="FFFFFF"/>
          </w:tcPr>
          <w:p>
            <w:pPr>
              <w:spacing w:before="20" w:after="20" w:line="240" w:lineRule="auto"/>
            </w:pPr>
            <w:r>
              <w:rPr>
                <w:rFonts w:ascii="Arial" w:hAnsi="Arial" w:cs="Arial" w:eastAsia="Arial"/>
                <w:b w:val="0"/>
                <w:i w:val="0"/>
                <w:color w:val="333333"/>
                <w:sz w:val="20"/>
              </w:rPr>
              <w:t>Volunteer (none)</w:t>
            </w:r>
          </w:p>
        </w:tc>
        <w:tc>
          <w:tcPr>
            <w:tcW w:type="dxa" w:w="4278"/>
            <w:shd w:val="clear" w:fill="FFFFFF"/>
          </w:tcPr>
          <w:p>
            <w:pPr>
              <w:spacing w:before="20" w:after="20" w:line="240" w:lineRule="auto"/>
            </w:pPr>
            <w:r>
              <w:rPr>
                <w:rFonts w:ascii="Arial" w:hAnsi="Arial" w:cs="Arial" w:eastAsia="Arial"/>
                <w:b w:val="0"/>
                <w:i w:val="0"/>
                <w:color w:val="333333"/>
                <w:sz w:val="20"/>
              </w:rPr>
              <w:t>MUST be independent. Oversees financials, approves CEO expenses, signs off on Form 990.</w:t>
            </w:r>
          </w:p>
        </w:tc>
      </w:tr>
      <w:tr>
        <w:tc>
          <w:tcPr>
            <w:tcW w:type="dxa" w:w="1337"/>
            <w:shd w:val="clear" w:fill="F4F6F8"/>
          </w:tcPr>
          <w:p>
            <w:pPr>
              <w:spacing w:before="20" w:after="20" w:line="240" w:lineRule="auto"/>
            </w:pPr>
            <w:r>
              <w:rPr>
                <w:rFonts w:ascii="Arial" w:hAnsi="Arial" w:cs="Arial" w:eastAsia="Arial"/>
                <w:b/>
                <w:i w:val="0"/>
                <w:color w:val="333333"/>
                <w:sz w:val="20"/>
              </w:rPr>
              <w:t>Seat 4</w:t>
            </w:r>
          </w:p>
        </w:tc>
        <w:tc>
          <w:tcPr>
            <w:tcW w:type="dxa" w:w="1872"/>
            <w:shd w:val="clear" w:fill="F4F6F8"/>
          </w:tcPr>
          <w:p>
            <w:pPr>
              <w:spacing w:before="20" w:after="20" w:line="240" w:lineRule="auto"/>
            </w:pPr>
            <w:r>
              <w:rPr>
                <w:rFonts w:ascii="Arial" w:hAnsi="Arial" w:cs="Arial" w:eastAsia="Arial"/>
                <w:b w:val="0"/>
                <w:i w:val="0"/>
                <w:color w:val="333333"/>
                <w:sz w:val="20"/>
              </w:rPr>
              <w:t>Secretary</w:t>
            </w:r>
          </w:p>
        </w:tc>
        <w:tc>
          <w:tcPr>
            <w:tcW w:type="dxa" w:w="1872"/>
            <w:shd w:val="clear" w:fill="F4F6F8"/>
          </w:tcPr>
          <w:p>
            <w:pPr>
              <w:spacing w:before="20" w:after="20" w:line="240" w:lineRule="auto"/>
            </w:pPr>
            <w:r>
              <w:rPr>
                <w:rFonts w:ascii="Arial" w:hAnsi="Arial" w:cs="Arial" w:eastAsia="Arial"/>
                <w:b w:val="0"/>
                <w:i w:val="0"/>
                <w:color w:val="333333"/>
                <w:sz w:val="20"/>
              </w:rPr>
              <w:t>Volunteer (none)</w:t>
            </w:r>
          </w:p>
        </w:tc>
        <w:tc>
          <w:tcPr>
            <w:tcW w:type="dxa" w:w="4278"/>
            <w:shd w:val="clear" w:fill="F4F6F8"/>
          </w:tcPr>
          <w:p>
            <w:pPr>
              <w:spacing w:before="20" w:after="20" w:line="240" w:lineRule="auto"/>
            </w:pPr>
            <w:r>
              <w:rPr>
                <w:rFonts w:ascii="Arial" w:hAnsi="Arial" w:cs="Arial" w:eastAsia="Arial"/>
                <w:b w:val="0"/>
                <w:i w:val="0"/>
                <w:color w:val="333333"/>
                <w:sz w:val="20"/>
              </w:rPr>
              <w:t>SHOULD be independent. Maintains minutes, records, annual filings calendar.</w:t>
            </w:r>
          </w:p>
        </w:tc>
      </w:tr>
      <w:tr>
        <w:tc>
          <w:tcPr>
            <w:tcW w:type="dxa" w:w="1337"/>
            <w:shd w:val="clear" w:fill="FFFFFF"/>
          </w:tcPr>
          <w:p>
            <w:pPr>
              <w:spacing w:before="20" w:after="20" w:line="240" w:lineRule="auto"/>
            </w:pPr>
            <w:r>
              <w:rPr>
                <w:rFonts w:ascii="Arial" w:hAnsi="Arial" w:cs="Arial" w:eastAsia="Arial"/>
                <w:b/>
                <w:i w:val="0"/>
                <w:color w:val="333333"/>
                <w:sz w:val="20"/>
              </w:rPr>
              <w:t>Seat 5</w:t>
            </w:r>
          </w:p>
        </w:tc>
        <w:tc>
          <w:tcPr>
            <w:tcW w:type="dxa" w:w="1872"/>
            <w:shd w:val="clear" w:fill="FFFFFF"/>
          </w:tcPr>
          <w:p>
            <w:pPr>
              <w:spacing w:before="20" w:after="20" w:line="240" w:lineRule="auto"/>
            </w:pPr>
            <w:r>
              <w:rPr>
                <w:rFonts w:ascii="Arial" w:hAnsi="Arial" w:cs="Arial" w:eastAsia="Arial"/>
                <w:b w:val="0"/>
                <w:i w:val="0"/>
                <w:color w:val="333333"/>
                <w:sz w:val="20"/>
              </w:rPr>
              <w:t>At-Large / Program Director</w:t>
            </w:r>
          </w:p>
        </w:tc>
        <w:tc>
          <w:tcPr>
            <w:tcW w:type="dxa" w:w="1872"/>
            <w:shd w:val="clear" w:fill="FFFFFF"/>
          </w:tcPr>
          <w:p>
            <w:pPr>
              <w:spacing w:before="20" w:after="20" w:line="240" w:lineRule="auto"/>
            </w:pPr>
            <w:r>
              <w:rPr>
                <w:rFonts w:ascii="Arial" w:hAnsi="Arial" w:cs="Arial" w:eastAsia="Arial"/>
                <w:b w:val="0"/>
                <w:i w:val="0"/>
                <w:color w:val="333333"/>
                <w:sz w:val="20"/>
              </w:rPr>
              <w:t>Volunteer (none)</w:t>
            </w:r>
          </w:p>
        </w:tc>
        <w:tc>
          <w:tcPr>
            <w:tcW w:type="dxa" w:w="4278"/>
            <w:shd w:val="clear" w:fill="FFFFFF"/>
          </w:tcPr>
          <w:p>
            <w:pPr>
              <w:spacing w:before="20" w:after="20" w:line="240" w:lineRule="auto"/>
            </w:pPr>
            <w:r>
              <w:rPr>
                <w:rFonts w:ascii="Arial" w:hAnsi="Arial" w:cs="Arial" w:eastAsia="Arial"/>
                <w:b w:val="0"/>
                <w:i w:val="0"/>
                <w:color w:val="333333"/>
                <w:sz w:val="20"/>
              </w:rPr>
              <w:t>SHOULD be independent. Ideally a sailor, educator, or community representative. Strengthens IRS public benefit narrative.</w:t>
            </w:r>
          </w:p>
        </w:tc>
      </w:tr>
    </w:tbl>
    <w:p>
      <w:pPr>
        <w:spacing w:before="0" w:after="80" w:line="240" w:lineRule="auto"/>
      </w:pPr>
    </w:p>
    <w:p>
      <w:pPr>
        <w:spacing w:before="0" w:after="100" w:line="240" w:lineRule="auto"/>
      </w:pPr>
      <w:r>
        <w:rPr>
          <w:rFonts w:ascii="Arial" w:hAnsi="Arial" w:cs="Arial" w:eastAsia="Arial"/>
          <w:b w:val="0"/>
          <w:i w:val="0"/>
          <w:color w:val="333333"/>
          <w:sz w:val="20"/>
        </w:rPr>
        <w:t>Practical reality: 'Trusted sources' is not incompatible with independence — a trusted friend who has no financial relationship with the org and is not a family member qualifies as independent. The problem arises if your board members are business partners, employees of your other ventures, or family. Vet each seat against Form 1023 Part V questions before confirming the appointment.</w:t>
      </w:r>
    </w:p>
    <w:p>
      <w:pPr>
        <w:spacing w:before="280" w:after="120" w:line="240" w:lineRule="auto"/>
        <w:pBdr>
          <w:bottom w:val="single" w:color="1A6B7A" w:sz="4" w:space="4"/>
        </w:pBdr>
      </w:pPr>
      <w:r>
        <w:rPr>
          <w:rFonts w:ascii="Arial" w:hAnsi="Arial" w:cs="Arial" w:eastAsia="Arial"/>
          <w:b/>
          <w:i w:val="0"/>
          <w:color w:val="1B3557"/>
          <w:sz w:val="36"/>
        </w:rPr>
        <w:t>1. State of Incorporation — Illinois</w:t>
      </w:r>
    </w:p>
    <w:p>
      <w:pPr>
        <w:spacing w:before="0" w:after="100" w:line="240" w:lineRule="auto"/>
      </w:pPr>
      <w:r>
        <w:rPr>
          <w:rFonts w:ascii="Arial" w:hAnsi="Arial" w:cs="Arial" w:eastAsia="Arial"/>
          <w:b w:val="0"/>
          <w:i w:val="0"/>
          <w:color w:val="333333"/>
          <w:sz w:val="20"/>
        </w:rPr>
        <w:t>Illinois is confirmed as the state of incorporation and primary operation. This is the correct choice: you avoid double-registration costs, you can serve as your own registered agent, and Illinois has straightforward nonprofit compliance. (See Critical Warnings for why Delaware and Wyoming are the wrong choice here.)</w:t>
      </w:r>
    </w:p>
    <w:p>
      <w:pPr>
        <w:spacing w:before="160" w:after="80" w:line="240" w:lineRule="auto"/>
      </w:pPr>
      <w:r>
        <w:rPr>
          <w:rFonts w:ascii="Arial" w:hAnsi="Arial" w:cs="Arial" w:eastAsia="Arial"/>
          <w:b/>
          <w:i w:val="0"/>
          <w:color w:val="1A6B7A"/>
          <w:sz w:val="26"/>
        </w:rPr>
        <w:t>Illinois-Specific Requirements and Costs</w:t>
      </w:r>
    </w:p>
    <w:tbl>
      <w:tblPr>
        <w:tblW w:type="auto" w:w="0"/>
        <w:tblLayout w:type="fixed"/>
        <w:tblLook w:firstColumn="1" w:firstRow="1" w:lastColumn="0" w:lastRow="0" w:noHBand="0" w:noVBand="1" w:val="04A0"/>
        <w:tblBorders>
          <w:top w:val="single" w:color="auto" w:sz="4"/>
          <w:left w:val="single" w:color="auto" w:sz="4"/>
          <w:bottom w:val="single" w:color="auto" w:sz="4"/>
          <w:right w:val="single" w:color="auto" w:sz="4"/>
          <w:insideH w:val="single" w:color="auto" w:sz="4"/>
          <w:insideV w:val="single" w:color="auto" w:sz="4"/>
        </w:tblBorders>
      </w:tblPr>
      <w:tblGrid>
        <w:gridCol w:w="3360"/>
        <w:gridCol w:w="3360"/>
        <w:gridCol w:w="3360"/>
      </w:tblGrid>
      <w:tr>
        <w:tc>
          <w:tcPr>
            <w:tcW w:type="dxa" w:w="3028"/>
            <w:shd w:val="clear" w:fill="1B3557"/>
          </w:tcPr>
          <w:p>
            <w:pPr>
              <w:spacing w:before="20" w:after="20" w:line="240" w:lineRule="auto"/>
            </w:pPr>
            <w:r>
              <w:rPr>
                <w:rFonts w:ascii="Arial" w:hAnsi="Arial" w:cs="Arial" w:eastAsia="Arial"/>
                <w:b/>
                <w:i w:val="0"/>
                <w:color w:val="FFFFFF"/>
                <w:sz w:val="20"/>
              </w:rPr>
              <w:t>Item</w:t>
            </w:r>
          </w:p>
        </w:tc>
        <w:tc>
          <w:tcPr>
            <w:tcW w:type="dxa" w:w="2202"/>
            <w:shd w:val="clear" w:fill="1B3557"/>
          </w:tcPr>
          <w:p>
            <w:pPr>
              <w:spacing w:before="20" w:after="20" w:line="240" w:lineRule="auto"/>
            </w:pPr>
            <w:r>
              <w:rPr>
                <w:rFonts w:ascii="Arial" w:hAnsi="Arial" w:cs="Arial" w:eastAsia="Arial"/>
                <w:b/>
                <w:i w:val="0"/>
                <w:color w:val="FFFFFF"/>
                <w:sz w:val="20"/>
              </w:rPr>
              <w:t>Detail</w:t>
            </w:r>
          </w:p>
        </w:tc>
        <w:tc>
          <w:tcPr>
            <w:tcW w:type="dxa" w:w="4129"/>
            <w:shd w:val="clear" w:fill="1B3557"/>
          </w:tcPr>
          <w:p>
            <w:pPr>
              <w:spacing w:before="20" w:after="20" w:line="240" w:lineRule="auto"/>
            </w:pPr>
            <w:r>
              <w:rPr>
                <w:rFonts w:ascii="Arial" w:hAnsi="Arial" w:cs="Arial" w:eastAsia="Arial"/>
                <w:b/>
                <w:i w:val="0"/>
                <w:color w:val="FFFFFF"/>
                <w:sz w:val="20"/>
              </w:rPr>
              <w:t>Where / How</w:t>
            </w:r>
          </w:p>
        </w:tc>
      </w:tr>
      <w:tr>
        <w:tc>
          <w:tcPr>
            <w:tcW w:type="dxa" w:w="3028"/>
            <w:shd w:val="clear" w:fill="FFFFFF"/>
          </w:tcPr>
          <w:p>
            <w:pPr>
              <w:spacing w:before="20" w:after="20" w:line="240" w:lineRule="auto"/>
            </w:pPr>
            <w:r>
              <w:rPr>
                <w:rFonts w:ascii="Arial" w:hAnsi="Arial" w:cs="Arial" w:eastAsia="Arial"/>
                <w:b/>
                <w:i w:val="0"/>
                <w:color w:val="333333"/>
                <w:sz w:val="20"/>
              </w:rPr>
              <w:t>Articles of Incorporation — filing fee</w:t>
            </w:r>
          </w:p>
        </w:tc>
        <w:tc>
          <w:tcPr>
            <w:tcW w:type="dxa" w:w="2202"/>
            <w:shd w:val="clear" w:fill="FFFFFF"/>
          </w:tcPr>
          <w:p>
            <w:pPr>
              <w:spacing w:before="20" w:after="20" w:line="240" w:lineRule="auto"/>
            </w:pPr>
            <w:r>
              <w:rPr>
                <w:rFonts w:ascii="Arial" w:hAnsi="Arial" w:cs="Arial" w:eastAsia="Arial"/>
                <w:b w:val="0"/>
                <w:i w:val="0"/>
                <w:color w:val="333333"/>
                <w:sz w:val="20"/>
              </w:rPr>
              <w:t>$50 online</w:t>
            </w:r>
          </w:p>
        </w:tc>
        <w:tc>
          <w:tcPr>
            <w:tcW w:type="dxa" w:w="4129"/>
            <w:shd w:val="clear" w:fill="FFFFFF"/>
          </w:tcPr>
          <w:p>
            <w:pPr>
              <w:spacing w:before="20" w:after="20" w:line="240" w:lineRule="auto"/>
            </w:pPr>
            <w:r>
              <w:rPr>
                <w:rFonts w:ascii="Arial" w:hAnsi="Arial" w:cs="Arial" w:eastAsia="Arial"/>
                <w:b w:val="0"/>
                <w:i w:val="0"/>
                <w:color w:val="333333"/>
                <w:sz w:val="20"/>
              </w:rPr>
              <w:t>ilsos.gov (IL Secretary of State)</w:t>
            </w:r>
          </w:p>
        </w:tc>
      </w:tr>
      <w:tr>
        <w:tc>
          <w:tcPr>
            <w:tcW w:type="dxa" w:w="3028"/>
            <w:shd w:val="clear" w:fill="F4F6F8"/>
          </w:tcPr>
          <w:p>
            <w:pPr>
              <w:spacing w:before="20" w:after="20" w:line="240" w:lineRule="auto"/>
            </w:pPr>
            <w:r>
              <w:rPr>
                <w:rFonts w:ascii="Arial" w:hAnsi="Arial" w:cs="Arial" w:eastAsia="Arial"/>
                <w:b/>
                <w:i w:val="0"/>
                <w:color w:val="333333"/>
                <w:sz w:val="20"/>
              </w:rPr>
              <w:t>Annual Report (Form NFP 114.05)</w:t>
            </w:r>
          </w:p>
        </w:tc>
        <w:tc>
          <w:tcPr>
            <w:tcW w:type="dxa" w:w="2202"/>
            <w:shd w:val="clear" w:fill="F4F6F8"/>
          </w:tcPr>
          <w:p>
            <w:pPr>
              <w:spacing w:before="20" w:after="20" w:line="240" w:lineRule="auto"/>
            </w:pPr>
            <w:r>
              <w:rPr>
                <w:rFonts w:ascii="Arial" w:hAnsi="Arial" w:cs="Arial" w:eastAsia="Arial"/>
                <w:b w:val="0"/>
                <w:i w:val="0"/>
                <w:color w:val="333333"/>
                <w:sz w:val="20"/>
              </w:rPr>
              <w:t>$10/year</w:t>
            </w:r>
          </w:p>
        </w:tc>
        <w:tc>
          <w:tcPr>
            <w:tcW w:type="dxa" w:w="4129"/>
            <w:shd w:val="clear" w:fill="F4F6F8"/>
          </w:tcPr>
          <w:p>
            <w:pPr>
              <w:spacing w:before="20" w:after="20" w:line="240" w:lineRule="auto"/>
            </w:pPr>
            <w:r>
              <w:rPr>
                <w:rFonts w:ascii="Arial" w:hAnsi="Arial" w:cs="Arial" w:eastAsia="Arial"/>
                <w:b w:val="0"/>
                <w:i w:val="0"/>
                <w:color w:val="333333"/>
                <w:sz w:val="20"/>
              </w:rPr>
              <w:t>Due before the first day of the anniversary month of incorporation</w:t>
            </w:r>
          </w:p>
        </w:tc>
      </w:tr>
      <w:tr>
        <w:tc>
          <w:tcPr>
            <w:tcW w:type="dxa" w:w="3028"/>
            <w:shd w:val="clear" w:fill="FFFFFF"/>
          </w:tcPr>
          <w:p>
            <w:pPr>
              <w:spacing w:before="20" w:after="20" w:line="240" w:lineRule="auto"/>
            </w:pPr>
            <w:r>
              <w:rPr>
                <w:rFonts w:ascii="Arial" w:hAnsi="Arial" w:cs="Arial" w:eastAsia="Arial"/>
                <w:b/>
                <w:i w:val="0"/>
                <w:color w:val="333333"/>
                <w:sz w:val="20"/>
              </w:rPr>
              <w:t>Registered Agent</w:t>
            </w:r>
          </w:p>
        </w:tc>
        <w:tc>
          <w:tcPr>
            <w:tcW w:type="dxa" w:w="2202"/>
            <w:shd w:val="clear" w:fill="FFFFFF"/>
          </w:tcPr>
          <w:p>
            <w:pPr>
              <w:spacing w:before="20" w:after="20" w:line="240" w:lineRule="auto"/>
            </w:pPr>
            <w:r>
              <w:rPr>
                <w:rFonts w:ascii="Arial" w:hAnsi="Arial" w:cs="Arial" w:eastAsia="Arial"/>
                <w:b w:val="0"/>
                <w:i w:val="0"/>
                <w:color w:val="333333"/>
                <w:sz w:val="20"/>
              </w:rPr>
              <w:t>FREE — CEO can self-appoint</w:t>
            </w:r>
          </w:p>
        </w:tc>
        <w:tc>
          <w:tcPr>
            <w:tcW w:type="dxa" w:w="4129"/>
            <w:shd w:val="clear" w:fill="FFFFFF"/>
          </w:tcPr>
          <w:p>
            <w:pPr>
              <w:spacing w:before="20" w:after="20" w:line="240" w:lineRule="auto"/>
            </w:pPr>
            <w:r>
              <w:rPr>
                <w:rFonts w:ascii="Arial" w:hAnsi="Arial" w:cs="Arial" w:eastAsia="Arial"/>
                <w:b w:val="0"/>
                <w:i w:val="0"/>
                <w:color w:val="333333"/>
                <w:sz w:val="20"/>
              </w:rPr>
              <w:t>Must have IL street address (no P.O. Box). CEO's home address is acceptable.</w:t>
            </w:r>
          </w:p>
        </w:tc>
      </w:tr>
      <w:tr>
        <w:tc>
          <w:tcPr>
            <w:tcW w:type="dxa" w:w="3028"/>
            <w:shd w:val="clear" w:fill="F4F6F8"/>
          </w:tcPr>
          <w:p>
            <w:pPr>
              <w:spacing w:before="20" w:after="20" w:line="240" w:lineRule="auto"/>
            </w:pPr>
            <w:r>
              <w:rPr>
                <w:rFonts w:ascii="Arial" w:hAnsi="Arial" w:cs="Arial" w:eastAsia="Arial"/>
                <w:b/>
                <w:i w:val="0"/>
                <w:color w:val="333333"/>
                <w:sz w:val="20"/>
              </w:rPr>
              <w:t>IL Charitable Organization Registration (CO-1)</w:t>
            </w:r>
          </w:p>
        </w:tc>
        <w:tc>
          <w:tcPr>
            <w:tcW w:type="dxa" w:w="2202"/>
            <w:shd w:val="clear" w:fill="F4F6F8"/>
          </w:tcPr>
          <w:p>
            <w:pPr>
              <w:spacing w:before="20" w:after="20" w:line="240" w:lineRule="auto"/>
            </w:pPr>
            <w:r>
              <w:rPr>
                <w:rFonts w:ascii="Arial" w:hAnsi="Arial" w:cs="Arial" w:eastAsia="Arial"/>
                <w:b w:val="0"/>
                <w:i w:val="0"/>
                <w:color w:val="333333"/>
                <w:sz w:val="20"/>
              </w:rPr>
              <w:t>$15 initial / $15 annual renewal</w:t>
            </w:r>
          </w:p>
        </w:tc>
        <w:tc>
          <w:tcPr>
            <w:tcW w:type="dxa" w:w="4129"/>
            <w:shd w:val="clear" w:fill="F4F6F8"/>
          </w:tcPr>
          <w:p>
            <w:pPr>
              <w:spacing w:before="20" w:after="20" w:line="240" w:lineRule="auto"/>
            </w:pPr>
            <w:r>
              <w:rPr>
                <w:rFonts w:ascii="Arial" w:hAnsi="Arial" w:cs="Arial" w:eastAsia="Arial"/>
                <w:b w:val="0"/>
                <w:i w:val="0"/>
                <w:color w:val="333333"/>
                <w:sz w:val="20"/>
              </w:rPr>
              <w:t>IL Attorney General's office. Required before any fundraising in Illinois.</w:t>
            </w:r>
          </w:p>
        </w:tc>
      </w:tr>
      <w:tr>
        <w:tc>
          <w:tcPr>
            <w:tcW w:type="dxa" w:w="3028"/>
            <w:shd w:val="clear" w:fill="FFFFFF"/>
          </w:tcPr>
          <w:p>
            <w:pPr>
              <w:spacing w:before="20" w:after="20" w:line="240" w:lineRule="auto"/>
            </w:pPr>
            <w:r>
              <w:rPr>
                <w:rFonts w:ascii="Arial" w:hAnsi="Arial" w:cs="Arial" w:eastAsia="Arial"/>
                <w:b/>
                <w:i w:val="0"/>
                <w:color w:val="333333"/>
                <w:sz w:val="20"/>
              </w:rPr>
              <w:t>IL Income Tax Exemption (IL-1023 equivalent)</w:t>
            </w:r>
          </w:p>
        </w:tc>
        <w:tc>
          <w:tcPr>
            <w:tcW w:type="dxa" w:w="2202"/>
            <w:shd w:val="clear" w:fill="FFFFFF"/>
          </w:tcPr>
          <w:p>
            <w:pPr>
              <w:spacing w:before="20" w:after="20" w:line="240" w:lineRule="auto"/>
            </w:pPr>
            <w:r>
              <w:rPr>
                <w:rFonts w:ascii="Arial" w:hAnsi="Arial" w:cs="Arial" w:eastAsia="Arial"/>
                <w:b w:val="0"/>
                <w:i w:val="0"/>
                <w:color w:val="333333"/>
                <w:sz w:val="20"/>
              </w:rPr>
              <w:t>FREE</w:t>
            </w:r>
          </w:p>
        </w:tc>
        <w:tc>
          <w:tcPr>
            <w:tcW w:type="dxa" w:w="4129"/>
            <w:shd w:val="clear" w:fill="FFFFFF"/>
          </w:tcPr>
          <w:p>
            <w:pPr>
              <w:spacing w:before="20" w:after="20" w:line="240" w:lineRule="auto"/>
            </w:pPr>
            <w:r>
              <w:rPr>
                <w:rFonts w:ascii="Arial" w:hAnsi="Arial" w:cs="Arial" w:eastAsia="Arial"/>
                <w:b w:val="0"/>
                <w:i w:val="0"/>
                <w:color w:val="333333"/>
                <w:sz w:val="20"/>
              </w:rPr>
              <w:t>File IL Form STAX-1 after receiving federal Determination Letter. Automatic recognition in most cases.</w:t>
            </w:r>
          </w:p>
        </w:tc>
      </w:tr>
      <w:tr>
        <w:tc>
          <w:tcPr>
            <w:tcW w:type="dxa" w:w="3028"/>
            <w:shd w:val="clear" w:fill="F4F6F8"/>
          </w:tcPr>
          <w:p>
            <w:pPr>
              <w:spacing w:before="20" w:after="20" w:line="240" w:lineRule="auto"/>
            </w:pPr>
            <w:r>
              <w:rPr>
                <w:rFonts w:ascii="Arial" w:hAnsi="Arial" w:cs="Arial" w:eastAsia="Arial"/>
                <w:b/>
                <w:i w:val="0"/>
                <w:color w:val="333333"/>
                <w:sz w:val="20"/>
              </w:rPr>
              <w:t>IL Sales Tax Exemption (E-exemption)</w:t>
            </w:r>
          </w:p>
        </w:tc>
        <w:tc>
          <w:tcPr>
            <w:tcW w:type="dxa" w:w="2202"/>
            <w:shd w:val="clear" w:fill="F4F6F8"/>
          </w:tcPr>
          <w:p>
            <w:pPr>
              <w:spacing w:before="20" w:after="20" w:line="240" w:lineRule="auto"/>
            </w:pPr>
            <w:r>
              <w:rPr>
                <w:rFonts w:ascii="Arial" w:hAnsi="Arial" w:cs="Arial" w:eastAsia="Arial"/>
                <w:b w:val="0"/>
                <w:i w:val="0"/>
                <w:color w:val="333333"/>
                <w:sz w:val="20"/>
              </w:rPr>
              <w:t>FREE</w:t>
            </w:r>
          </w:p>
        </w:tc>
        <w:tc>
          <w:tcPr>
            <w:tcW w:type="dxa" w:w="4129"/>
            <w:shd w:val="clear" w:fill="F4F6F8"/>
          </w:tcPr>
          <w:p>
            <w:pPr>
              <w:spacing w:before="20" w:after="20" w:line="240" w:lineRule="auto"/>
            </w:pPr>
            <w:r>
              <w:rPr>
                <w:rFonts w:ascii="Arial" w:hAnsi="Arial" w:cs="Arial" w:eastAsia="Arial"/>
                <w:b w:val="0"/>
                <w:i w:val="0"/>
                <w:color w:val="333333"/>
                <w:sz w:val="20"/>
              </w:rPr>
              <w:t>Apply via MyTax Illinois after 501(c)(3) status is confirmed. Allows tax-free purchase of equipment, supplies.</w:t>
            </w:r>
          </w:p>
        </w:tc>
      </w:tr>
      <w:tr>
        <w:tc>
          <w:tcPr>
            <w:tcW w:type="dxa" w:w="3028"/>
            <w:shd w:val="clear" w:fill="FFFFFF"/>
          </w:tcPr>
          <w:p>
            <w:pPr>
              <w:spacing w:before="20" w:after="20" w:line="240" w:lineRule="auto"/>
            </w:pPr>
            <w:r>
              <w:rPr>
                <w:rFonts w:ascii="Arial" w:hAnsi="Arial" w:cs="Arial" w:eastAsia="Arial"/>
                <w:b/>
                <w:i w:val="0"/>
                <w:color w:val="333333"/>
                <w:sz w:val="20"/>
              </w:rPr>
              <w:t>TOTAL ILLINOIS STATE COSTS (Year 1)</w:t>
            </w:r>
          </w:p>
        </w:tc>
        <w:tc>
          <w:tcPr>
            <w:tcW w:type="dxa" w:w="2202"/>
            <w:shd w:val="clear" w:fill="FFFFFF"/>
          </w:tcPr>
          <w:p>
            <w:pPr>
              <w:spacing w:before="20" w:after="20" w:line="240" w:lineRule="auto"/>
            </w:pPr>
            <w:r>
              <w:rPr>
                <w:rFonts w:ascii="Arial" w:hAnsi="Arial" w:cs="Arial" w:eastAsia="Arial"/>
                <w:b w:val="0"/>
                <w:i w:val="0"/>
                <w:color w:val="333333"/>
                <w:sz w:val="20"/>
              </w:rPr>
              <w:t>$65</w:t>
            </w:r>
          </w:p>
        </w:tc>
        <w:tc>
          <w:tcPr>
            <w:tcW w:type="dxa" w:w="4129"/>
            <w:shd w:val="clear" w:fill="FFFFFF"/>
          </w:tcPr>
          <w:p>
            <w:pPr>
              <w:spacing w:before="20" w:after="20" w:line="240" w:lineRule="auto"/>
            </w:pPr>
            <w:r>
              <w:rPr>
                <w:rFonts w:ascii="Arial" w:hAnsi="Arial" w:cs="Arial" w:eastAsia="Arial"/>
                <w:b w:val="0"/>
                <w:i w:val="0"/>
                <w:color w:val="333333"/>
                <w:sz w:val="20"/>
              </w:rPr>
              <w:t>$50 Articles + $15 charitable reg</w:t>
            </w:r>
          </w:p>
        </w:tc>
      </w:tr>
      <w:tr>
        <w:tc>
          <w:tcPr>
            <w:tcW w:type="dxa" w:w="3028"/>
            <w:shd w:val="clear" w:fill="F4F6F8"/>
          </w:tcPr>
          <w:p>
            <w:pPr>
              <w:spacing w:before="20" w:after="20" w:line="240" w:lineRule="auto"/>
            </w:pPr>
            <w:r>
              <w:rPr>
                <w:rFonts w:ascii="Arial" w:hAnsi="Arial" w:cs="Arial" w:eastAsia="Arial"/>
                <w:b/>
                <w:i w:val="0"/>
                <w:color w:val="333333"/>
                <w:sz w:val="20"/>
              </w:rPr>
              <w:t>ONGOING ANNUAL STATE COSTS</w:t>
            </w:r>
          </w:p>
        </w:tc>
        <w:tc>
          <w:tcPr>
            <w:tcW w:type="dxa" w:w="2202"/>
            <w:shd w:val="clear" w:fill="F4F6F8"/>
          </w:tcPr>
          <w:p>
            <w:pPr>
              <w:spacing w:before="20" w:after="20" w:line="240" w:lineRule="auto"/>
            </w:pPr>
            <w:r>
              <w:rPr>
                <w:rFonts w:ascii="Arial" w:hAnsi="Arial" w:cs="Arial" w:eastAsia="Arial"/>
                <w:b w:val="0"/>
                <w:i w:val="0"/>
                <w:color w:val="333333"/>
                <w:sz w:val="20"/>
              </w:rPr>
              <w:t>$25/year</w:t>
            </w:r>
          </w:p>
        </w:tc>
        <w:tc>
          <w:tcPr>
            <w:tcW w:type="dxa" w:w="4129"/>
            <w:shd w:val="clear" w:fill="F4F6F8"/>
          </w:tcPr>
          <w:p>
            <w:pPr>
              <w:spacing w:before="20" w:after="20" w:line="240" w:lineRule="auto"/>
            </w:pPr>
            <w:r>
              <w:rPr>
                <w:rFonts w:ascii="Arial" w:hAnsi="Arial" w:cs="Arial" w:eastAsia="Arial"/>
                <w:b w:val="0"/>
                <w:i w:val="0"/>
                <w:color w:val="333333"/>
                <w:sz w:val="20"/>
              </w:rPr>
              <w:t>$10 annual report + $15 charitable renewal</w:t>
            </w:r>
          </w:p>
        </w:tc>
      </w:tr>
    </w:tbl>
    <w:p>
      <w:pPr>
        <w:spacing w:before="0" w:after="80" w:line="240" w:lineRule="auto"/>
      </w:pPr>
    </w:p>
    <w:tbl>
      <w:tblPr>
        <w:tblW w:type="auto" w:w="0"/>
        <w:tblLayout w:type="fixed"/>
        <w:tblLook w:firstColumn="1" w:firstRow="1" w:lastColumn="0" w:lastRow="0" w:noHBand="0" w:noVBand="1" w:val="04A0"/>
        <w:tblBorders>
          <w:top w:val="single" w:color="FFC107" w:sz="8"/>
          <w:left w:val="single" w:color="FFC107" w:sz="8"/>
          <w:bottom w:val="single" w:color="FFC107" w:sz="8"/>
          <w:right w:val="single" w:color="FFC107" w:sz="8"/>
        </w:tblBorders>
      </w:tblPr>
      <w:tblGrid>
        <w:gridCol w:w="10080"/>
      </w:tblGrid>
      <w:tr>
        <w:tc>
          <w:tcPr>
            <w:tcW w:type="dxa" w:w="9360"/>
            <w:shd w:val="clear" w:fill="FFF3CD"/>
            <w:tcBorders>
              <w:top w:val="none" w:color="FFFFFF" w:sz="4"/>
              <w:left w:val="none" w:color="FFFFFF" w:sz="4"/>
              <w:bottom w:val="none" w:color="FFFFFF" w:sz="4"/>
              <w:right w:val="none" w:color="FFFFFF" w:sz="4"/>
            </w:tcBorders>
          </w:tcPr>
          <w:p>
            <w:pPr>
              <w:spacing w:before="0" w:after="60" w:line="240" w:lineRule="auto"/>
            </w:pPr>
            <w:r>
              <w:rPr>
                <w:rFonts w:ascii="Arial" w:hAnsi="Arial" w:cs="Arial" w:eastAsia="Arial"/>
                <w:b/>
                <w:i w:val="0"/>
                <w:color w:val="FFC107"/>
                <w:sz w:val="22"/>
              </w:rPr>
              <w:t>⚠  Online Fundraising Across State Lines</w:t>
            </w:r>
          </w:p>
          <w:p>
            <w:pPr>
              <w:spacing w:before="0" w:after="0" w:line="240" w:lineRule="auto"/>
            </w:pPr>
            <w:r>
              <w:rPr>
                <w:rFonts w:ascii="Arial" w:hAnsi="Arial" w:cs="Arial" w:eastAsia="Arial"/>
                <w:b w:val="0"/>
                <w:i w:val="0"/>
                <w:color w:val="333333"/>
                <w:sz w:val="20"/>
              </w:rPr>
              <w:t>Your fundraising will include online advertising. If donors from other states respond to those ads and donate, you may technically need charitable solicitation registration in those states. 40 states + DC require it. This is a significant compliance burden if you go national. In Year 1, focus fundraising efforts on Illinois donors only. Expand multi-state registration once 501(c)(3) status is confirmed and revenue justifies it. Harbor Compliance offers multi-state registration management starting at ~$600/year.</w:t>
            </w:r>
          </w:p>
        </w:tc>
      </w:tr>
    </w:tbl>
    <w:p>
      <w:pPr>
        <w:spacing w:before="0" w:after="60" w:line="240" w:lineRule="auto"/>
      </w:pPr>
    </w:p>
    <w:p>
      <w:pPr>
        <w:spacing w:before="280" w:after="120" w:line="240" w:lineRule="auto"/>
        <w:pBdr>
          <w:bottom w:val="single" w:color="1A6B7A" w:sz="4" w:space="4"/>
        </w:pBdr>
      </w:pPr>
      <w:r>
        <w:rPr>
          <w:rFonts w:ascii="Arial" w:hAnsi="Arial" w:cs="Arial" w:eastAsia="Arial"/>
          <w:b/>
          <w:i w:val="0"/>
          <w:color w:val="1B3557"/>
          <w:sz w:val="36"/>
        </w:rPr>
        <w:t>2. Step-by-Step Formation Sequence</w:t>
      </w:r>
    </w:p>
    <w:p>
      <w:pPr>
        <w:spacing w:before="0" w:after="100" w:line="240" w:lineRule="auto"/>
      </w:pPr>
      <w:r>
        <w:rPr>
          <w:rFonts w:ascii="Arial" w:hAnsi="Arial" w:cs="Arial" w:eastAsia="Arial"/>
          <w:b w:val="0"/>
          <w:i w:val="0"/>
          <w:color w:val="333333"/>
          <w:sz w:val="20"/>
        </w:rPr>
        <w:t>Do these in order. Each phase depends on completion of the prior one.</w:t>
      </w:r>
    </w:p>
    <w:p>
      <w:pPr>
        <w:spacing w:before="160" w:after="80" w:line="240" w:lineRule="auto"/>
      </w:pPr>
      <w:r>
        <w:rPr>
          <w:rFonts w:ascii="Arial" w:hAnsi="Arial" w:cs="Arial" w:eastAsia="Arial"/>
          <w:b/>
          <w:i w:val="0"/>
          <w:color w:val="1A6B7A"/>
          <w:sz w:val="26"/>
        </w:rPr>
        <w:t>Phase 1 — Governance Foundation (Weeks 1–3)</w:t>
      </w:r>
    </w:p>
    <w:tbl>
      <w:tblPr>
        <w:tblW w:type="auto" w:w="0"/>
        <w:tblLayout w:type="fixed"/>
        <w:tblLook w:firstColumn="1" w:firstRow="1" w:lastColumn="0" w:lastRow="0" w:noHBand="0" w:noVBand="1" w:val="04A0"/>
        <w:tblBorders>
          <w:top w:val="single" w:color="FFC107" w:sz="8"/>
          <w:left w:val="single" w:color="FFC107" w:sz="8"/>
          <w:bottom w:val="single" w:color="FFC107" w:sz="8"/>
          <w:right w:val="single" w:color="FFC107" w:sz="8"/>
        </w:tblBorders>
      </w:tblPr>
      <w:tblGrid>
        <w:gridCol w:w="10080"/>
      </w:tblGrid>
      <w:tr>
        <w:tc>
          <w:tcPr>
            <w:tcW w:type="dxa" w:w="9360"/>
            <w:shd w:val="clear" w:fill="FFF3CD"/>
            <w:tcBorders>
              <w:top w:val="none" w:color="FFFFFF" w:sz="4"/>
              <w:left w:val="none" w:color="FFFFFF" w:sz="4"/>
              <w:bottom w:val="none" w:color="FFFFFF" w:sz="4"/>
              <w:right w:val="none" w:color="FFFFFF" w:sz="4"/>
            </w:tcBorders>
          </w:tcPr>
          <w:p>
            <w:pPr>
              <w:spacing w:before="0" w:after="60" w:line="240" w:lineRule="auto"/>
            </w:pPr>
            <w:r>
              <w:rPr>
                <w:rFonts w:ascii="Arial" w:hAnsi="Arial" w:cs="Arial" w:eastAsia="Arial"/>
                <w:b/>
                <w:i w:val="0"/>
                <w:color w:val="FFC107"/>
                <w:sz w:val="22"/>
              </w:rPr>
              <w:t>⚠  Nothing else can happen until the board exists.</w:t>
            </w:r>
          </w:p>
          <w:p>
            <w:pPr>
              <w:spacing w:before="0" w:after="0" w:line="240" w:lineRule="auto"/>
            </w:pPr>
            <w:r>
              <w:rPr>
                <w:rFonts w:ascii="Arial" w:hAnsi="Arial" w:cs="Arial" w:eastAsia="Arial"/>
                <w:b w:val="0"/>
                <w:i w:val="0"/>
                <w:color w:val="333333"/>
                <w:sz w:val="20"/>
              </w:rPr>
              <w:t>Form 1023 asks for names, addresses, and compensation of all officers and directors on the day of filing. Recruit and confirm all 5 board members before touching a state form.</w:t>
            </w:r>
          </w:p>
        </w:tc>
      </w:tr>
    </w:tbl>
    <w:p>
      <w:pPr>
        <w:spacing w:before="0" w:after="60" w:line="240" w:lineRule="auto"/>
      </w:pPr>
    </w:p>
    <w:p>
      <w:pPr>
        <w:spacing w:before="0" w:after="60" w:line="240" w:lineRule="auto"/>
        <w:ind w:left="360" w:hanging="360"/>
      </w:pPr>
      <w:r>
        <w:rPr>
          <w:rFonts w:ascii="Arial" w:hAnsi="Arial" w:cs="Arial" w:eastAsia="Arial"/>
          <w:b/>
          <w:i w:val="0"/>
          <w:color w:val="1B3557"/>
          <w:sz w:val="20"/>
        </w:rPr>
        <w:t xml:space="preserve">1.  </w:t>
      </w:r>
      <w:r>
        <w:rPr>
          <w:rFonts w:ascii="Arial" w:hAnsi="Arial" w:cs="Arial" w:eastAsia="Arial"/>
          <w:b w:val="0"/>
          <w:i w:val="0"/>
          <w:color w:val="333333"/>
          <w:sz w:val="20"/>
        </w:rPr>
        <w:t>Confirm all 5 board members. Collect: full legal names, home addresses, titles, any compensation, and any other paid roles they hold. Verify independence of at least 3 members (Seats 2–4 minimum).</w:t>
      </w:r>
    </w:p>
    <w:p>
      <w:pPr>
        <w:spacing w:before="0" w:after="60" w:line="240" w:lineRule="auto"/>
        <w:ind w:left="360" w:hanging="360"/>
      </w:pPr>
      <w:r>
        <w:rPr>
          <w:rFonts w:ascii="Arial" w:hAnsi="Arial" w:cs="Arial" w:eastAsia="Arial"/>
          <w:b/>
          <w:i w:val="0"/>
          <w:color w:val="1B3557"/>
          <w:sz w:val="20"/>
        </w:rPr>
        <w:t xml:space="preserve">2.  </w:t>
      </w:r>
      <w:r>
        <w:rPr>
          <w:rFonts w:ascii="Arial" w:hAnsi="Arial" w:cs="Arial" w:eastAsia="Arial"/>
          <w:b w:val="0"/>
          <w:i w:val="0"/>
          <w:color w:val="333333"/>
          <w:sz w:val="20"/>
        </w:rPr>
        <w:t>Draft Mission Statement — specific and program-descriptive. Example: 'To provide free sailing instruction to the general public, including youth, in Illinois waters, through structured courses taught by certified instructors.'</w:t>
      </w:r>
    </w:p>
    <w:p>
      <w:pPr>
        <w:spacing w:before="0" w:after="60" w:line="240" w:lineRule="auto"/>
        <w:ind w:left="360" w:hanging="360"/>
      </w:pPr>
      <w:r>
        <w:rPr>
          <w:rFonts w:ascii="Arial" w:hAnsi="Arial" w:cs="Arial" w:eastAsia="Arial"/>
          <w:b/>
          <w:i w:val="0"/>
          <w:color w:val="1B3557"/>
          <w:sz w:val="20"/>
        </w:rPr>
        <w:t xml:space="preserve">3.  </w:t>
      </w:r>
      <w:r>
        <w:rPr>
          <w:rFonts w:ascii="Arial" w:hAnsi="Arial" w:cs="Arial" w:eastAsia="Arial"/>
          <w:b w:val="0"/>
          <w:i w:val="0"/>
          <w:color w:val="333333"/>
          <w:sz w:val="20"/>
        </w:rPr>
        <w:t>Draft Illinois Articles of Incorporation. Required clauses: (a) nonprofit / educational purpose, (b) private inurement prohibition, (c) dissolution clause directing assets to another 501(c)(3). Illinois NFP Act template is available at ilsos.gov.</w:t>
      </w:r>
    </w:p>
    <w:p>
      <w:pPr>
        <w:spacing w:before="0" w:after="60" w:line="240" w:lineRule="auto"/>
        <w:ind w:left="360" w:hanging="360"/>
      </w:pPr>
      <w:r>
        <w:rPr>
          <w:rFonts w:ascii="Arial" w:hAnsi="Arial" w:cs="Arial" w:eastAsia="Arial"/>
          <w:b/>
          <w:i w:val="0"/>
          <w:color w:val="1B3557"/>
          <w:sz w:val="20"/>
        </w:rPr>
        <w:t xml:space="preserve">4.  </w:t>
      </w:r>
      <w:r>
        <w:rPr>
          <w:rFonts w:ascii="Arial" w:hAnsi="Arial" w:cs="Arial" w:eastAsia="Arial"/>
          <w:b w:val="0"/>
          <w:i w:val="0"/>
          <w:color w:val="333333"/>
          <w:sz w:val="20"/>
        </w:rPr>
        <w:t>Draft Bylaws. Must define: board composition (5 directors), officer roles, quorum (3 of 5), meeting cadence, voting procedures, amendment process, conflict of interest procedures, CEO compensation review process (independent board vote).</w:t>
      </w:r>
    </w:p>
    <w:p>
      <w:pPr>
        <w:spacing w:before="0" w:after="60" w:line="240" w:lineRule="auto"/>
        <w:ind w:left="360" w:hanging="360"/>
      </w:pPr>
      <w:r>
        <w:rPr>
          <w:rFonts w:ascii="Arial" w:hAnsi="Arial" w:cs="Arial" w:eastAsia="Arial"/>
          <w:b/>
          <w:i w:val="0"/>
          <w:color w:val="1B3557"/>
          <w:sz w:val="20"/>
        </w:rPr>
        <w:t xml:space="preserve">5.  </w:t>
      </w:r>
      <w:r>
        <w:rPr>
          <w:rFonts w:ascii="Arial" w:hAnsi="Arial" w:cs="Arial" w:eastAsia="Arial"/>
          <w:b w:val="0"/>
          <w:i w:val="0"/>
          <w:color w:val="333333"/>
          <w:sz w:val="20"/>
        </w:rPr>
        <w:t>Draft and adopt a Conflict of Interest Policy. The CEO must recuse from all votes on their own compensation. This is explicitly required by Form 1023. Use the IRS sample policy (Publication 4221-PF Appendix A) as your template — it is free and IRS-acceptable.</w:t>
      </w:r>
    </w:p>
    <w:p>
      <w:pPr>
        <w:spacing w:before="160" w:after="80" w:line="240" w:lineRule="auto"/>
      </w:pPr>
      <w:r>
        <w:rPr>
          <w:rFonts w:ascii="Arial" w:hAnsi="Arial" w:cs="Arial" w:eastAsia="Arial"/>
          <w:b/>
          <w:i w:val="0"/>
          <w:color w:val="1A6B7A"/>
          <w:sz w:val="26"/>
        </w:rPr>
        <w:t>Phase 2 — State Registration (Weeks 3–4)</w:t>
      </w:r>
    </w:p>
    <w:p>
      <w:pPr>
        <w:spacing w:before="0" w:after="60" w:line="240" w:lineRule="auto"/>
        <w:ind w:left="360" w:hanging="360"/>
      </w:pPr>
      <w:r>
        <w:rPr>
          <w:rFonts w:ascii="Arial" w:hAnsi="Arial" w:cs="Arial" w:eastAsia="Arial"/>
          <w:b/>
          <w:i w:val="0"/>
          <w:color w:val="1B3557"/>
          <w:sz w:val="20"/>
        </w:rPr>
        <w:t xml:space="preserve">1.  </w:t>
      </w:r>
      <w:r>
        <w:rPr>
          <w:rFonts w:ascii="Arial" w:hAnsi="Arial" w:cs="Arial" w:eastAsia="Arial"/>
          <w:b w:val="0"/>
          <w:i w:val="0"/>
          <w:color w:val="333333"/>
          <w:sz w:val="20"/>
        </w:rPr>
        <w:t>File Articles of Incorporation online at ilsos.gov. Fee: $50. Processing: 1–5 business days online.</w:t>
      </w:r>
    </w:p>
    <w:p>
      <w:pPr>
        <w:spacing w:before="0" w:after="60" w:line="240" w:lineRule="auto"/>
        <w:ind w:left="360" w:hanging="360"/>
      </w:pPr>
      <w:r>
        <w:rPr>
          <w:rFonts w:ascii="Arial" w:hAnsi="Arial" w:cs="Arial" w:eastAsia="Arial"/>
          <w:b/>
          <w:i w:val="0"/>
          <w:color w:val="1B3557"/>
          <w:sz w:val="20"/>
        </w:rPr>
        <w:t xml:space="preserve">2.  </w:t>
      </w:r>
      <w:r>
        <w:rPr>
          <w:rFonts w:ascii="Arial" w:hAnsi="Arial" w:cs="Arial" w:eastAsia="Arial"/>
          <w:b w:val="0"/>
          <w:i w:val="0"/>
          <w:color w:val="333333"/>
          <w:sz w:val="20"/>
        </w:rPr>
        <w:t>Obtain EIN (free, instant) at IRS.gov. Apply online under 'Apply for an EIN.' Select 'View Additional Types &gt; Nonprofit / Tax-Exempt Organizations.' Takes under 5 minutes.</w:t>
      </w:r>
    </w:p>
    <w:p>
      <w:pPr>
        <w:spacing w:before="0" w:after="60" w:line="240" w:lineRule="auto"/>
        <w:ind w:left="360" w:hanging="360"/>
      </w:pPr>
      <w:r>
        <w:rPr>
          <w:rFonts w:ascii="Arial" w:hAnsi="Arial" w:cs="Arial" w:eastAsia="Arial"/>
          <w:b/>
          <w:i w:val="0"/>
          <w:color w:val="1B3557"/>
          <w:sz w:val="20"/>
        </w:rPr>
        <w:t xml:space="preserve">3.  </w:t>
      </w:r>
      <w:r>
        <w:rPr>
          <w:rFonts w:ascii="Arial" w:hAnsi="Arial" w:cs="Arial" w:eastAsia="Arial"/>
          <w:b w:val="0"/>
          <w:i w:val="0"/>
          <w:color w:val="333333"/>
          <w:sz w:val="20"/>
        </w:rPr>
        <w:t>Hold Organizational Board Meeting (can be virtual). Agenda: formally adopt bylaws, elect officers, authorize bank account, adopt conflict of interest policy, authorize CEO stipend. Record meeting minutes — these are legal documents.</w:t>
      </w:r>
    </w:p>
    <w:p>
      <w:pPr>
        <w:spacing w:before="0" w:after="60" w:line="240" w:lineRule="auto"/>
        <w:ind w:left="360" w:hanging="360"/>
      </w:pPr>
      <w:r>
        <w:rPr>
          <w:rFonts w:ascii="Arial" w:hAnsi="Arial" w:cs="Arial" w:eastAsia="Arial"/>
          <w:b/>
          <w:i w:val="0"/>
          <w:color w:val="1B3557"/>
          <w:sz w:val="20"/>
        </w:rPr>
        <w:t xml:space="preserve">4.  </w:t>
      </w:r>
      <w:r>
        <w:rPr>
          <w:rFonts w:ascii="Arial" w:hAnsi="Arial" w:cs="Arial" w:eastAsia="Arial"/>
          <w:b w:val="0"/>
          <w:i w:val="0"/>
          <w:color w:val="333333"/>
          <w:sz w:val="20"/>
        </w:rPr>
        <w:t>Open a nonprofit checking account. Bring: Articles of Incorporation, EIN confirmation letter, board meeting minutes authorizing the account, and IDs of authorized signers. Many credit unions waive fees for nonprofits.</w:t>
      </w:r>
    </w:p>
    <w:p>
      <w:pPr>
        <w:spacing w:before="0" w:after="60" w:line="240" w:lineRule="auto"/>
        <w:ind w:left="360" w:hanging="360"/>
      </w:pPr>
      <w:r>
        <w:rPr>
          <w:rFonts w:ascii="Arial" w:hAnsi="Arial" w:cs="Arial" w:eastAsia="Arial"/>
          <w:b/>
          <w:i w:val="0"/>
          <w:color w:val="1B3557"/>
          <w:sz w:val="20"/>
        </w:rPr>
        <w:t xml:space="preserve">5.  </w:t>
      </w:r>
      <w:r>
        <w:rPr>
          <w:rFonts w:ascii="Arial" w:hAnsi="Arial" w:cs="Arial" w:eastAsia="Arial"/>
          <w:b w:val="0"/>
          <w:i w:val="0"/>
          <w:color w:val="333333"/>
          <w:sz w:val="20"/>
        </w:rPr>
        <w:t>Register as a Charitable Organization with the Illinois AG. File Form CO-1 with $15 fee at illinoisattorneygeneral.gov before soliciting any donations.</w:t>
      </w:r>
    </w:p>
    <w:p>
      <w:pPr>
        <w:spacing w:before="160" w:after="80" w:line="240" w:lineRule="auto"/>
      </w:pPr>
      <w:r>
        <w:rPr>
          <w:rFonts w:ascii="Arial" w:hAnsi="Arial" w:cs="Arial" w:eastAsia="Arial"/>
          <w:b/>
          <w:i w:val="0"/>
          <w:color w:val="1A6B7A"/>
          <w:sz w:val="26"/>
        </w:rPr>
        <w:t>Phase 3 — IRS Form 1023 (Weeks 4–12, then 3–6 months IRS review)</w:t>
      </w:r>
    </w:p>
    <w:tbl>
      <w:tblPr>
        <w:tblW w:type="auto" w:w="0"/>
        <w:tblLayout w:type="fixed"/>
        <w:tblLook w:firstColumn="1" w:firstRow="1" w:lastColumn="0" w:lastRow="0" w:noHBand="0" w:noVBand="1" w:val="04A0"/>
        <w:tblBorders>
          <w:top w:val="single" w:color="FFC107" w:sz="8"/>
          <w:left w:val="single" w:color="FFC107" w:sz="8"/>
          <w:bottom w:val="single" w:color="FFC107" w:sz="8"/>
          <w:right w:val="single" w:color="FFC107" w:sz="8"/>
        </w:tblBorders>
      </w:tblPr>
      <w:tblGrid>
        <w:gridCol w:w="10080"/>
      </w:tblGrid>
      <w:tr>
        <w:tc>
          <w:tcPr>
            <w:tcW w:type="dxa" w:w="9360"/>
            <w:shd w:val="clear" w:fill="FFF3CD"/>
            <w:tcBorders>
              <w:top w:val="none" w:color="FFFFFF" w:sz="4"/>
              <w:left w:val="none" w:color="FFFFFF" w:sz="4"/>
              <w:bottom w:val="none" w:color="FFFFFF" w:sz="4"/>
              <w:right w:val="none" w:color="FFFFFF" w:sz="4"/>
            </w:tcBorders>
          </w:tcPr>
          <w:p>
            <w:pPr>
              <w:spacing w:before="0" w:after="60" w:line="240" w:lineRule="auto"/>
            </w:pPr>
            <w:r>
              <w:rPr>
                <w:rFonts w:ascii="Arial" w:hAnsi="Arial" w:cs="Arial" w:eastAsia="Arial"/>
                <w:b/>
                <w:i w:val="0"/>
                <w:color w:val="FFC107"/>
                <w:sz w:val="22"/>
              </w:rPr>
              <w:t>⚠  File within 27 months of incorporation for retroactive exemption.</w:t>
            </w:r>
          </w:p>
          <w:p>
            <w:pPr>
              <w:spacing w:before="0" w:after="0" w:line="240" w:lineRule="auto"/>
            </w:pPr>
            <w:r>
              <w:rPr>
                <w:rFonts w:ascii="Arial" w:hAnsi="Arial" w:cs="Arial" w:eastAsia="Arial"/>
                <w:b w:val="0"/>
                <w:i w:val="0"/>
                <w:color w:val="333333"/>
                <w:sz w:val="20"/>
              </w:rPr>
              <w:t>If you file within 27 months, your 501(c)(3) status is retroactive to your incorporation date, meaning donors can claim deductions on gifts made during the pending period. Missing this window loses retroactivity permanently.</w:t>
            </w:r>
          </w:p>
        </w:tc>
      </w:tr>
    </w:tbl>
    <w:p>
      <w:pPr>
        <w:spacing w:before="0" w:after="60" w:line="240" w:lineRule="auto"/>
      </w:pPr>
    </w:p>
    <w:p>
      <w:pPr>
        <w:spacing w:before="0" w:after="60" w:line="240" w:lineRule="auto"/>
        <w:ind w:left="360" w:hanging="360"/>
      </w:pPr>
      <w:r>
        <w:rPr>
          <w:rFonts w:ascii="Arial" w:hAnsi="Arial" w:cs="Arial" w:eastAsia="Arial"/>
          <w:b/>
          <w:i w:val="0"/>
          <w:color w:val="1B3557"/>
          <w:sz w:val="20"/>
        </w:rPr>
        <w:t xml:space="preserve">1.  </w:t>
      </w:r>
      <w:r>
        <w:rPr>
          <w:rFonts w:ascii="Arial" w:hAnsi="Arial" w:cs="Arial" w:eastAsia="Arial"/>
          <w:b w:val="0"/>
          <w:i w:val="0"/>
          <w:color w:val="333333"/>
          <w:sz w:val="20"/>
        </w:rPr>
        <w:t>Prepare Form 1023 via pay.gov. Key sections: Part IV (Narrative Description of Activities) — write this in plain language describing your free sailing classes; Part V (Compensation) — disclose CEO stipend and the independent board compensation review process; Part IX (Financial Data) — 3-year projected budget showing $50K–$75K in donations and zero earned program revenue.</w:t>
      </w:r>
    </w:p>
    <w:p>
      <w:pPr>
        <w:spacing w:before="0" w:after="60" w:line="240" w:lineRule="auto"/>
        <w:ind w:left="360" w:hanging="360"/>
      </w:pPr>
      <w:r>
        <w:rPr>
          <w:rFonts w:ascii="Arial" w:hAnsi="Arial" w:cs="Arial" w:eastAsia="Arial"/>
          <w:b/>
          <w:i w:val="0"/>
          <w:color w:val="1B3557"/>
          <w:sz w:val="20"/>
        </w:rPr>
        <w:t xml:space="preserve">2.  </w:t>
      </w:r>
      <w:r>
        <w:rPr>
          <w:rFonts w:ascii="Arial" w:hAnsi="Arial" w:cs="Arial" w:eastAsia="Arial"/>
          <w:b w:val="0"/>
          <w:i w:val="0"/>
          <w:color w:val="333333"/>
          <w:sz w:val="20"/>
        </w:rPr>
        <w:t>Attach required exhibits: Articles of Incorporation, signed Bylaws, signed Conflict of Interest Policy, and board member list.</w:t>
      </w:r>
    </w:p>
    <w:p>
      <w:pPr>
        <w:spacing w:before="0" w:after="60" w:line="240" w:lineRule="auto"/>
        <w:ind w:left="360" w:hanging="360"/>
      </w:pPr>
      <w:r>
        <w:rPr>
          <w:rFonts w:ascii="Arial" w:hAnsi="Arial" w:cs="Arial" w:eastAsia="Arial"/>
          <w:b/>
          <w:i w:val="0"/>
          <w:color w:val="1B3557"/>
          <w:sz w:val="20"/>
        </w:rPr>
        <w:t xml:space="preserve">3.  </w:t>
      </w:r>
      <w:r>
        <w:rPr>
          <w:rFonts w:ascii="Arial" w:hAnsi="Arial" w:cs="Arial" w:eastAsia="Arial"/>
          <w:b w:val="0"/>
          <w:i w:val="0"/>
          <w:color w:val="333333"/>
          <w:sz w:val="20"/>
        </w:rPr>
        <w:t>Pay $600 user fee at time of submission via pay.gov. Personal card is acceptable; document for reimbursement.</w:t>
      </w:r>
    </w:p>
    <w:p>
      <w:pPr>
        <w:spacing w:before="0" w:after="60" w:line="240" w:lineRule="auto"/>
        <w:ind w:left="360" w:hanging="360"/>
      </w:pPr>
      <w:r>
        <w:rPr>
          <w:rFonts w:ascii="Arial" w:hAnsi="Arial" w:cs="Arial" w:eastAsia="Arial"/>
          <w:b/>
          <w:i w:val="0"/>
          <w:color w:val="1B3557"/>
          <w:sz w:val="20"/>
        </w:rPr>
        <w:t xml:space="preserve">4.  </w:t>
      </w:r>
      <w:r>
        <w:rPr>
          <w:rFonts w:ascii="Arial" w:hAnsi="Arial" w:cs="Arial" w:eastAsia="Arial"/>
          <w:b w:val="0"/>
          <w:i w:val="0"/>
          <w:color w:val="333333"/>
          <w:sz w:val="20"/>
        </w:rPr>
        <w:t>IRS issues Determination Letter upon approval — 3–6 months typical. If IRS sends a follow-up request (Letter 1312), respond within the deadline (typically 21 days) or request an extension immediately.</w:t>
      </w:r>
    </w:p>
    <w:p>
      <w:pPr>
        <w:spacing w:before="160" w:after="80" w:line="240" w:lineRule="auto"/>
      </w:pPr>
      <w:r>
        <w:rPr>
          <w:rFonts w:ascii="Arial" w:hAnsi="Arial" w:cs="Arial" w:eastAsia="Arial"/>
          <w:b/>
          <w:i w:val="0"/>
          <w:color w:val="1A6B7A"/>
          <w:sz w:val="26"/>
        </w:rPr>
        <w:t>Phase 4 — IL State Tax Exemptions (2–4 weeks after Determination Letter)</w:t>
      </w:r>
    </w:p>
    <w:p>
      <w:pPr>
        <w:spacing w:before="0" w:after="60" w:line="240" w:lineRule="auto"/>
        <w:ind w:left="360" w:hanging="360"/>
      </w:pPr>
      <w:r>
        <w:rPr>
          <w:rFonts w:ascii="Arial" w:hAnsi="Arial" w:cs="Arial" w:eastAsia="Arial"/>
          <w:b/>
          <w:i w:val="0"/>
          <w:color w:val="1B3557"/>
          <w:sz w:val="20"/>
        </w:rPr>
        <w:t xml:space="preserve">1.  </w:t>
      </w:r>
      <w:r>
        <w:rPr>
          <w:rFonts w:ascii="Arial" w:hAnsi="Arial" w:cs="Arial" w:eastAsia="Arial"/>
          <w:b w:val="0"/>
          <w:i w:val="0"/>
          <w:color w:val="333333"/>
          <w:sz w:val="20"/>
        </w:rPr>
        <w:t>Apply for Illinois Income Tax exemption using your federal Determination Letter. File Form STAX-1 with the Illinois Department of Revenue.</w:t>
      </w:r>
    </w:p>
    <w:p>
      <w:pPr>
        <w:spacing w:before="0" w:after="60" w:line="240" w:lineRule="auto"/>
        <w:ind w:left="360" w:hanging="360"/>
      </w:pPr>
      <w:r>
        <w:rPr>
          <w:rFonts w:ascii="Arial" w:hAnsi="Arial" w:cs="Arial" w:eastAsia="Arial"/>
          <w:b/>
          <w:i w:val="0"/>
          <w:color w:val="1B3557"/>
          <w:sz w:val="20"/>
        </w:rPr>
        <w:t xml:space="preserve">2.  </w:t>
      </w:r>
      <w:r>
        <w:rPr>
          <w:rFonts w:ascii="Arial" w:hAnsi="Arial" w:cs="Arial" w:eastAsia="Arial"/>
          <w:b w:val="0"/>
          <w:i w:val="0"/>
          <w:color w:val="333333"/>
          <w:sz w:val="20"/>
        </w:rPr>
        <w:t>Apply for Illinois Sales Tax exemption via MyTax Illinois. This allows tax-free purchase of life jackets, sails, rigging, and other program equipment.</w:t>
      </w:r>
    </w:p>
    <w:p>
      <w:pPr>
        <w:spacing w:before="0" w:after="60" w:line="240" w:lineRule="auto"/>
        <w:ind w:left="360" w:hanging="360"/>
      </w:pPr>
      <w:r>
        <w:rPr>
          <w:rFonts w:ascii="Arial" w:hAnsi="Arial" w:cs="Arial" w:eastAsia="Arial"/>
          <w:b/>
          <w:i w:val="0"/>
          <w:color w:val="1B3557"/>
          <w:sz w:val="20"/>
        </w:rPr>
        <w:t xml:space="preserve">3.  </w:t>
      </w:r>
      <w:r>
        <w:rPr>
          <w:rFonts w:ascii="Arial" w:hAnsi="Arial" w:cs="Arial" w:eastAsia="Arial"/>
          <w:b w:val="0"/>
          <w:i w:val="0"/>
          <w:color w:val="333333"/>
          <w:sz w:val="20"/>
        </w:rPr>
        <w:t>Renew IL Charitable Organization registration annually ($15, IL AG office).</w:t>
      </w:r>
    </w:p>
    <w:p>
      <w:pPr>
        <w:spacing w:before="160" w:after="80" w:line="240" w:lineRule="auto"/>
      </w:pPr>
      <w:r>
        <w:rPr>
          <w:rFonts w:ascii="Arial" w:hAnsi="Arial" w:cs="Arial" w:eastAsia="Arial"/>
          <w:b/>
          <w:i w:val="0"/>
          <w:color w:val="1A6B7A"/>
          <w:sz w:val="26"/>
        </w:rPr>
        <w:t>Phase 5 — Operational Launch (Parallel to Phase 3)</w:t>
      </w:r>
    </w:p>
    <w:p>
      <w:pPr>
        <w:spacing w:before="0" w:after="60" w:line="240" w:lineRule="auto"/>
        <w:ind w:left="360" w:hanging="360"/>
      </w:pPr>
      <w:r>
        <w:rPr>
          <w:rFonts w:ascii="Arial" w:hAnsi="Arial" w:cs="Arial" w:eastAsia="Arial"/>
          <w:b/>
          <w:i w:val="0"/>
          <w:color w:val="1B3557"/>
          <w:sz w:val="20"/>
        </w:rPr>
        <w:t xml:space="preserve">1.  </w:t>
      </w:r>
      <w:r>
        <w:rPr>
          <w:rFonts w:ascii="Arial" w:hAnsi="Arial" w:cs="Arial" w:eastAsia="Arial"/>
          <w:b w:val="0"/>
          <w:i w:val="0"/>
          <w:color w:val="333333"/>
          <w:sz w:val="20"/>
        </w:rPr>
        <w:t>Obtain marine liability insurance. Standard nonprofit GL is insufficient for on-water activities. You need: Commercial General Liability ($1M minimum), Marine Liability, Inland Marine coverage for equipment, and Directors &amp; Officers (D&amp;O) coverage for the board. For youth programs add Sexual Abuse and Molestation (SAM) rider. Budget $3,500–$6,000/year. Get quotes from West Bend Mutual, Markel, or Philadelphia Insurance (all cover aquatic nonprofits).</w:t>
      </w:r>
    </w:p>
    <w:p>
      <w:pPr>
        <w:spacing w:before="0" w:after="60" w:line="240" w:lineRule="auto"/>
        <w:ind w:left="360" w:hanging="360"/>
      </w:pPr>
      <w:r>
        <w:rPr>
          <w:rFonts w:ascii="Arial" w:hAnsi="Arial" w:cs="Arial" w:eastAsia="Arial"/>
          <w:b/>
          <w:i w:val="0"/>
          <w:color w:val="1B3557"/>
          <w:sz w:val="20"/>
        </w:rPr>
        <w:t xml:space="preserve">2.  </w:t>
      </w:r>
      <w:r>
        <w:rPr>
          <w:rFonts w:ascii="Arial" w:hAnsi="Arial" w:cs="Arial" w:eastAsia="Arial"/>
          <w:b w:val="0"/>
          <w:i w:val="0"/>
          <w:color w:val="333333"/>
          <w:sz w:val="20"/>
        </w:rPr>
        <w:t>Verify instructor certifications — US Sailing Level 1 or American Sailing Association (ASA 101 minimum). For youth programs: require background checks through the National Center for Safety Initiatives (NCSI) or equivalent.</w:t>
      </w:r>
    </w:p>
    <w:p>
      <w:pPr>
        <w:spacing w:before="0" w:after="60" w:line="240" w:lineRule="auto"/>
        <w:ind w:left="360" w:hanging="360"/>
      </w:pPr>
      <w:r>
        <w:rPr>
          <w:rFonts w:ascii="Arial" w:hAnsi="Arial" w:cs="Arial" w:eastAsia="Arial"/>
          <w:b/>
          <w:i w:val="0"/>
          <w:color w:val="1B3557"/>
          <w:sz w:val="20"/>
        </w:rPr>
        <w:t xml:space="preserve">3.  </w:t>
      </w:r>
      <w:r>
        <w:rPr>
          <w:rFonts w:ascii="Arial" w:hAnsi="Arial" w:cs="Arial" w:eastAsia="Arial"/>
          <w:b w:val="0"/>
          <w:i w:val="0"/>
          <w:color w:val="333333"/>
          <w:sz w:val="20"/>
        </w:rPr>
        <w:t>Set up accounting in Wave (free) or Aplos ($59/mo nonprofit-specific). Chart of accounts must support fund accounting for grant/donation tracking.</w:t>
      </w:r>
    </w:p>
    <w:p>
      <w:pPr>
        <w:spacing w:before="0" w:after="60" w:line="240" w:lineRule="auto"/>
        <w:ind w:left="360" w:hanging="360"/>
      </w:pPr>
      <w:r>
        <w:rPr>
          <w:rFonts w:ascii="Arial" w:hAnsi="Arial" w:cs="Arial" w:eastAsia="Arial"/>
          <w:b/>
          <w:i w:val="0"/>
          <w:color w:val="1B3557"/>
          <w:sz w:val="20"/>
        </w:rPr>
        <w:t xml:space="preserve">4.  </w:t>
      </w:r>
      <w:r>
        <w:rPr>
          <w:rFonts w:ascii="Arial" w:hAnsi="Arial" w:cs="Arial" w:eastAsia="Arial"/>
          <w:b w:val="0"/>
          <w:i w:val="0"/>
          <w:color w:val="333333"/>
          <w:sz w:val="20"/>
        </w:rPr>
        <w:t>Set up donation platform — Zeffy (0% platform fee for nonprofits) or Givebutter (free tier). Configure for recurring donations and one-time gifts.</w:t>
      </w:r>
    </w:p>
    <w:p>
      <w:pPr>
        <w:spacing w:before="0" w:after="60" w:line="240" w:lineRule="auto"/>
        <w:ind w:left="360" w:hanging="360"/>
      </w:pPr>
      <w:r>
        <w:rPr>
          <w:rFonts w:ascii="Arial" w:hAnsi="Arial" w:cs="Arial" w:eastAsia="Arial"/>
          <w:b/>
          <w:i w:val="0"/>
          <w:color w:val="1B3557"/>
          <w:sz w:val="20"/>
        </w:rPr>
        <w:t xml:space="preserve">5.  </w:t>
      </w:r>
      <w:r>
        <w:rPr>
          <w:rFonts w:ascii="Arial" w:hAnsi="Arial" w:cs="Arial" w:eastAsia="Arial"/>
          <w:b w:val="0"/>
          <w:i w:val="0"/>
          <w:color w:val="333333"/>
          <w:sz w:val="20"/>
        </w:rPr>
        <w:t>Build partnerships with marinas and yacht clubs for boat rental agreements. Negotiate per-session rates ($200–$500/session for a 22–30ft instructional boat). Put agreements in writing.</w:t>
      </w:r>
    </w:p>
    <w:p>
      <w:pPr>
        <w:spacing w:before="280" w:after="120" w:line="240" w:lineRule="auto"/>
        <w:pBdr>
          <w:bottom w:val="single" w:color="1A6B7A" w:sz="4" w:space="4"/>
        </w:pBdr>
      </w:pPr>
      <w:r>
        <w:rPr>
          <w:rFonts w:ascii="Arial" w:hAnsi="Arial" w:cs="Arial" w:eastAsia="Arial"/>
          <w:b/>
          <w:i w:val="0"/>
          <w:color w:val="1B3557"/>
          <w:sz w:val="36"/>
        </w:rPr>
        <w:t>3. Complete Forms Reference</w:t>
      </w:r>
    </w:p>
    <w:tbl>
      <w:tblPr>
        <w:tblW w:type="auto" w:w="0"/>
        <w:tblLayout w:type="fixed"/>
        <w:tblLook w:firstColumn="1" w:firstRow="1" w:lastColumn="0" w:lastRow="0" w:noHBand="0" w:noVBand="1" w:val="04A0"/>
        <w:tblBorders>
          <w:top w:val="single" w:color="auto" w:sz="4"/>
          <w:left w:val="single" w:color="auto" w:sz="4"/>
          <w:bottom w:val="single" w:color="auto" w:sz="4"/>
          <w:right w:val="single" w:color="auto" w:sz="4"/>
          <w:insideH w:val="single" w:color="auto" w:sz="4"/>
          <w:insideV w:val="single" w:color="auto" w:sz="4"/>
        </w:tblBorders>
      </w:tblPr>
      <w:tblGrid>
        <w:gridCol w:w="2520"/>
        <w:gridCol w:w="2520"/>
        <w:gridCol w:w="2520"/>
        <w:gridCol w:w="2520"/>
      </w:tblGrid>
      <w:tr>
        <w:tc>
          <w:tcPr>
            <w:tcW w:type="dxa" w:w="2282"/>
            <w:shd w:val="clear" w:fill="1B3557"/>
          </w:tcPr>
          <w:p>
            <w:pPr>
              <w:spacing w:before="20" w:after="20" w:line="240" w:lineRule="auto"/>
            </w:pPr>
            <w:r>
              <w:rPr>
                <w:rFonts w:ascii="Arial" w:hAnsi="Arial" w:cs="Arial" w:eastAsia="Arial"/>
                <w:b/>
                <w:i w:val="0"/>
                <w:color w:val="FFFFFF"/>
                <w:sz w:val="20"/>
              </w:rPr>
              <w:t>Form</w:t>
            </w:r>
          </w:p>
        </w:tc>
        <w:tc>
          <w:tcPr>
            <w:tcW w:type="dxa" w:w="2511"/>
            <w:shd w:val="clear" w:fill="1B3557"/>
          </w:tcPr>
          <w:p>
            <w:pPr>
              <w:spacing w:before="20" w:after="20" w:line="240" w:lineRule="auto"/>
            </w:pPr>
            <w:r>
              <w:rPr>
                <w:rFonts w:ascii="Arial" w:hAnsi="Arial" w:cs="Arial" w:eastAsia="Arial"/>
                <w:b/>
                <w:i w:val="0"/>
                <w:color w:val="FFFFFF"/>
                <w:sz w:val="20"/>
              </w:rPr>
              <w:t>Purpose</w:t>
            </w:r>
          </w:p>
        </w:tc>
        <w:tc>
          <w:tcPr>
            <w:tcW w:type="dxa" w:w="913"/>
            <w:shd w:val="clear" w:fill="1B3557"/>
          </w:tcPr>
          <w:p>
            <w:pPr>
              <w:spacing w:before="20" w:after="20" w:line="240" w:lineRule="auto"/>
            </w:pPr>
            <w:r>
              <w:rPr>
                <w:rFonts w:ascii="Arial" w:hAnsi="Arial" w:cs="Arial" w:eastAsia="Arial"/>
                <w:b/>
                <w:i w:val="0"/>
                <w:color w:val="FFFFFF"/>
                <w:sz w:val="20"/>
              </w:rPr>
              <w:t>Fee</w:t>
            </w:r>
          </w:p>
        </w:tc>
        <w:tc>
          <w:tcPr>
            <w:tcW w:type="dxa" w:w="3652"/>
            <w:shd w:val="clear" w:fill="1B3557"/>
          </w:tcPr>
          <w:p>
            <w:pPr>
              <w:spacing w:before="20" w:after="20" w:line="240" w:lineRule="auto"/>
            </w:pPr>
            <w:r>
              <w:rPr>
                <w:rFonts w:ascii="Arial" w:hAnsi="Arial" w:cs="Arial" w:eastAsia="Arial"/>
                <w:b/>
                <w:i w:val="0"/>
                <w:color w:val="FFFFFF"/>
                <w:sz w:val="20"/>
              </w:rPr>
              <w:t>Notes</w:t>
            </w:r>
          </w:p>
        </w:tc>
      </w:tr>
      <w:tr>
        <w:tc>
          <w:tcPr>
            <w:tcW w:type="dxa" w:w="2282"/>
            <w:shd w:val="clear" w:fill="FFFFFF"/>
          </w:tcPr>
          <w:p>
            <w:pPr>
              <w:spacing w:before="20" w:after="20" w:line="240" w:lineRule="auto"/>
            </w:pPr>
            <w:r>
              <w:rPr>
                <w:rFonts w:ascii="Arial" w:hAnsi="Arial" w:cs="Arial" w:eastAsia="Arial"/>
                <w:b/>
                <w:i w:val="0"/>
                <w:color w:val="333333"/>
                <w:sz w:val="20"/>
              </w:rPr>
              <w:t>IL Articles of Incorporation (NFP)</w:t>
            </w:r>
          </w:p>
        </w:tc>
        <w:tc>
          <w:tcPr>
            <w:tcW w:type="dxa" w:w="2511"/>
            <w:shd w:val="clear" w:fill="FFFFFF"/>
          </w:tcPr>
          <w:p>
            <w:pPr>
              <w:spacing w:before="20" w:after="20" w:line="240" w:lineRule="auto"/>
            </w:pPr>
            <w:r>
              <w:rPr>
                <w:rFonts w:ascii="Arial" w:hAnsi="Arial" w:cs="Arial" w:eastAsia="Arial"/>
                <w:b w:val="0"/>
                <w:i w:val="0"/>
                <w:color w:val="333333"/>
                <w:sz w:val="20"/>
              </w:rPr>
              <w:t>Creates legal entity</w:t>
            </w:r>
          </w:p>
        </w:tc>
        <w:tc>
          <w:tcPr>
            <w:tcW w:type="dxa" w:w="913"/>
            <w:shd w:val="clear" w:fill="FFFFFF"/>
          </w:tcPr>
          <w:p>
            <w:pPr>
              <w:spacing w:before="20" w:after="20" w:line="240" w:lineRule="auto"/>
            </w:pPr>
            <w:r>
              <w:rPr>
                <w:rFonts w:ascii="Arial" w:hAnsi="Arial" w:cs="Arial" w:eastAsia="Arial"/>
                <w:b w:val="0"/>
                <w:i w:val="0"/>
                <w:color w:val="333333"/>
                <w:sz w:val="20"/>
              </w:rPr>
              <w:t>$50</w:t>
            </w:r>
          </w:p>
        </w:tc>
        <w:tc>
          <w:tcPr>
            <w:tcW w:type="dxa" w:w="3652"/>
            <w:shd w:val="clear" w:fill="FFFFFF"/>
          </w:tcPr>
          <w:p>
            <w:pPr>
              <w:spacing w:before="20" w:after="20" w:line="240" w:lineRule="auto"/>
            </w:pPr>
            <w:r>
              <w:rPr>
                <w:rFonts w:ascii="Arial" w:hAnsi="Arial" w:cs="Arial" w:eastAsia="Arial"/>
                <w:b w:val="0"/>
                <w:i w:val="0"/>
                <w:color w:val="333333"/>
                <w:sz w:val="20"/>
              </w:rPr>
              <w:t>Online at ilsos.gov. Turnaround 1–5 days.</w:t>
            </w:r>
          </w:p>
        </w:tc>
      </w:tr>
      <w:tr>
        <w:tc>
          <w:tcPr>
            <w:tcW w:type="dxa" w:w="2282"/>
            <w:shd w:val="clear" w:fill="F4F6F8"/>
          </w:tcPr>
          <w:p>
            <w:pPr>
              <w:spacing w:before="20" w:after="20" w:line="240" w:lineRule="auto"/>
            </w:pPr>
            <w:r>
              <w:rPr>
                <w:rFonts w:ascii="Arial" w:hAnsi="Arial" w:cs="Arial" w:eastAsia="Arial"/>
                <w:b/>
                <w:i w:val="0"/>
                <w:color w:val="333333"/>
                <w:sz w:val="20"/>
              </w:rPr>
              <w:t>IRS Form SS-4 (EIN)</w:t>
            </w:r>
          </w:p>
        </w:tc>
        <w:tc>
          <w:tcPr>
            <w:tcW w:type="dxa" w:w="2511"/>
            <w:shd w:val="clear" w:fill="F4F6F8"/>
          </w:tcPr>
          <w:p>
            <w:pPr>
              <w:spacing w:before="20" w:after="20" w:line="240" w:lineRule="auto"/>
            </w:pPr>
            <w:r>
              <w:rPr>
                <w:rFonts w:ascii="Arial" w:hAnsi="Arial" w:cs="Arial" w:eastAsia="Arial"/>
                <w:b w:val="0"/>
                <w:i w:val="0"/>
                <w:color w:val="333333"/>
                <w:sz w:val="20"/>
              </w:rPr>
              <w:t>Federal tax ID</w:t>
            </w:r>
          </w:p>
        </w:tc>
        <w:tc>
          <w:tcPr>
            <w:tcW w:type="dxa" w:w="913"/>
            <w:shd w:val="clear" w:fill="F4F6F8"/>
          </w:tcPr>
          <w:p>
            <w:pPr>
              <w:spacing w:before="20" w:after="20" w:line="240" w:lineRule="auto"/>
            </w:pPr>
            <w:r>
              <w:rPr>
                <w:rFonts w:ascii="Arial" w:hAnsi="Arial" w:cs="Arial" w:eastAsia="Arial"/>
                <w:b w:val="0"/>
                <w:i w:val="0"/>
                <w:color w:val="333333"/>
                <w:sz w:val="20"/>
              </w:rPr>
              <w:t>FREE</w:t>
            </w:r>
          </w:p>
        </w:tc>
        <w:tc>
          <w:tcPr>
            <w:tcW w:type="dxa" w:w="3652"/>
            <w:shd w:val="clear" w:fill="F4F6F8"/>
          </w:tcPr>
          <w:p>
            <w:pPr>
              <w:spacing w:before="20" w:after="20" w:line="240" w:lineRule="auto"/>
            </w:pPr>
            <w:r>
              <w:rPr>
                <w:rFonts w:ascii="Arial" w:hAnsi="Arial" w:cs="Arial" w:eastAsia="Arial"/>
                <w:b w:val="0"/>
                <w:i w:val="0"/>
                <w:color w:val="333333"/>
                <w:sz w:val="20"/>
              </w:rPr>
              <w:t>Online at IRS.gov. Instant. Required before bank account.</w:t>
            </w:r>
          </w:p>
        </w:tc>
      </w:tr>
      <w:tr>
        <w:tc>
          <w:tcPr>
            <w:tcW w:type="dxa" w:w="2282"/>
            <w:shd w:val="clear" w:fill="FFFFFF"/>
          </w:tcPr>
          <w:p>
            <w:pPr>
              <w:spacing w:before="20" w:after="20" w:line="240" w:lineRule="auto"/>
            </w:pPr>
            <w:r>
              <w:rPr>
                <w:rFonts w:ascii="Arial" w:hAnsi="Arial" w:cs="Arial" w:eastAsia="Arial"/>
                <w:b/>
                <w:i w:val="0"/>
                <w:color w:val="333333"/>
                <w:sz w:val="20"/>
              </w:rPr>
              <w:t>IRS Form 1023</w:t>
            </w:r>
          </w:p>
        </w:tc>
        <w:tc>
          <w:tcPr>
            <w:tcW w:type="dxa" w:w="2511"/>
            <w:shd w:val="clear" w:fill="FFFFFF"/>
          </w:tcPr>
          <w:p>
            <w:pPr>
              <w:spacing w:before="20" w:after="20" w:line="240" w:lineRule="auto"/>
            </w:pPr>
            <w:r>
              <w:rPr>
                <w:rFonts w:ascii="Arial" w:hAnsi="Arial" w:cs="Arial" w:eastAsia="Arial"/>
                <w:b w:val="0"/>
                <w:i w:val="0"/>
                <w:color w:val="333333"/>
                <w:sz w:val="20"/>
              </w:rPr>
              <w:t>Federal 501(c)(3) exemption</w:t>
            </w:r>
          </w:p>
        </w:tc>
        <w:tc>
          <w:tcPr>
            <w:tcW w:type="dxa" w:w="913"/>
            <w:shd w:val="clear" w:fill="FFFFFF"/>
          </w:tcPr>
          <w:p>
            <w:pPr>
              <w:spacing w:before="20" w:after="20" w:line="240" w:lineRule="auto"/>
            </w:pPr>
            <w:r>
              <w:rPr>
                <w:rFonts w:ascii="Arial" w:hAnsi="Arial" w:cs="Arial" w:eastAsia="Arial"/>
                <w:b w:val="0"/>
                <w:i w:val="0"/>
                <w:color w:val="333333"/>
                <w:sz w:val="20"/>
              </w:rPr>
              <w:t>$600</w:t>
            </w:r>
          </w:p>
        </w:tc>
        <w:tc>
          <w:tcPr>
            <w:tcW w:type="dxa" w:w="3652"/>
            <w:shd w:val="clear" w:fill="FFFFFF"/>
          </w:tcPr>
          <w:p>
            <w:pPr>
              <w:spacing w:before="20" w:after="20" w:line="240" w:lineRule="auto"/>
            </w:pPr>
            <w:r>
              <w:rPr>
                <w:rFonts w:ascii="Arial" w:hAnsi="Arial" w:cs="Arial" w:eastAsia="Arial"/>
                <w:b w:val="0"/>
                <w:i w:val="0"/>
                <w:color w:val="333333"/>
                <w:sz w:val="20"/>
              </w:rPr>
              <w:t>Full form required (revenue $50K+). Via pay.gov. ~100 hrs prep. 3–6 month review.</w:t>
            </w:r>
          </w:p>
        </w:tc>
      </w:tr>
      <w:tr>
        <w:tc>
          <w:tcPr>
            <w:tcW w:type="dxa" w:w="2282"/>
            <w:shd w:val="clear" w:fill="F4F6F8"/>
          </w:tcPr>
          <w:p>
            <w:pPr>
              <w:spacing w:before="20" w:after="20" w:line="240" w:lineRule="auto"/>
            </w:pPr>
            <w:r>
              <w:rPr>
                <w:rFonts w:ascii="Arial" w:hAnsi="Arial" w:cs="Arial" w:eastAsia="Arial"/>
                <w:b/>
                <w:i w:val="0"/>
                <w:color w:val="333333"/>
                <w:sz w:val="20"/>
              </w:rPr>
              <w:t>IRS Form 1023-EZ</w:t>
            </w:r>
          </w:p>
        </w:tc>
        <w:tc>
          <w:tcPr>
            <w:tcW w:type="dxa" w:w="2511"/>
            <w:shd w:val="clear" w:fill="F4F6F8"/>
          </w:tcPr>
          <w:p>
            <w:pPr>
              <w:spacing w:before="20" w:after="20" w:line="240" w:lineRule="auto"/>
            </w:pPr>
            <w:r>
              <w:rPr>
                <w:rFonts w:ascii="Arial" w:hAnsi="Arial" w:cs="Arial" w:eastAsia="Arial"/>
                <w:b w:val="0"/>
                <w:i w:val="0"/>
                <w:color w:val="333333"/>
                <w:sz w:val="20"/>
              </w:rPr>
              <w:t>Streamlined exemption — NOT eligible</w:t>
            </w:r>
          </w:p>
        </w:tc>
        <w:tc>
          <w:tcPr>
            <w:tcW w:type="dxa" w:w="913"/>
            <w:shd w:val="clear" w:fill="F4F6F8"/>
          </w:tcPr>
          <w:p>
            <w:pPr>
              <w:spacing w:before="20" w:after="20" w:line="240" w:lineRule="auto"/>
            </w:pPr>
            <w:r>
              <w:rPr>
                <w:rFonts w:ascii="Arial" w:hAnsi="Arial" w:cs="Arial" w:eastAsia="Arial"/>
                <w:b w:val="0"/>
                <w:i w:val="0"/>
                <w:color w:val="333333"/>
                <w:sz w:val="20"/>
              </w:rPr>
              <w:t>N/A</w:t>
            </w:r>
          </w:p>
        </w:tc>
        <w:tc>
          <w:tcPr>
            <w:tcW w:type="dxa" w:w="3652"/>
            <w:shd w:val="clear" w:fill="F4F6F8"/>
          </w:tcPr>
          <w:p>
            <w:pPr>
              <w:spacing w:before="20" w:after="20" w:line="240" w:lineRule="auto"/>
            </w:pPr>
            <w:r>
              <w:rPr>
                <w:rFonts w:ascii="Arial" w:hAnsi="Arial" w:cs="Arial" w:eastAsia="Arial"/>
                <w:b w:val="0"/>
                <w:i w:val="0"/>
                <w:color w:val="333333"/>
                <w:sz w:val="20"/>
              </w:rPr>
              <w:t>Only for orgs projecting &lt;$50K gross receipts. Your $50K–$75K projection requires the full Form 1023. Do not file the EZ.</w:t>
            </w:r>
          </w:p>
        </w:tc>
      </w:tr>
      <w:tr>
        <w:tc>
          <w:tcPr>
            <w:tcW w:type="dxa" w:w="2282"/>
            <w:shd w:val="clear" w:fill="FFFFFF"/>
          </w:tcPr>
          <w:p>
            <w:pPr>
              <w:spacing w:before="20" w:after="20" w:line="240" w:lineRule="auto"/>
            </w:pPr>
            <w:r>
              <w:rPr>
                <w:rFonts w:ascii="Arial" w:hAnsi="Arial" w:cs="Arial" w:eastAsia="Arial"/>
                <w:b/>
                <w:i w:val="0"/>
                <w:color w:val="333333"/>
                <w:sz w:val="20"/>
              </w:rPr>
              <w:t>IL Form CO-1</w:t>
            </w:r>
          </w:p>
        </w:tc>
        <w:tc>
          <w:tcPr>
            <w:tcW w:type="dxa" w:w="2511"/>
            <w:shd w:val="clear" w:fill="FFFFFF"/>
          </w:tcPr>
          <w:p>
            <w:pPr>
              <w:spacing w:before="20" w:after="20" w:line="240" w:lineRule="auto"/>
            </w:pPr>
            <w:r>
              <w:rPr>
                <w:rFonts w:ascii="Arial" w:hAnsi="Arial" w:cs="Arial" w:eastAsia="Arial"/>
                <w:b w:val="0"/>
                <w:i w:val="0"/>
                <w:color w:val="333333"/>
                <w:sz w:val="20"/>
              </w:rPr>
              <w:t>IL charitable solicitation registration</w:t>
            </w:r>
          </w:p>
        </w:tc>
        <w:tc>
          <w:tcPr>
            <w:tcW w:type="dxa" w:w="913"/>
            <w:shd w:val="clear" w:fill="FFFFFF"/>
          </w:tcPr>
          <w:p>
            <w:pPr>
              <w:spacing w:before="20" w:after="20" w:line="240" w:lineRule="auto"/>
            </w:pPr>
            <w:r>
              <w:rPr>
                <w:rFonts w:ascii="Arial" w:hAnsi="Arial" w:cs="Arial" w:eastAsia="Arial"/>
                <w:b w:val="0"/>
                <w:i w:val="0"/>
                <w:color w:val="333333"/>
                <w:sz w:val="20"/>
              </w:rPr>
              <w:t>$15</w:t>
            </w:r>
          </w:p>
        </w:tc>
        <w:tc>
          <w:tcPr>
            <w:tcW w:type="dxa" w:w="3652"/>
            <w:shd w:val="clear" w:fill="FFFFFF"/>
          </w:tcPr>
          <w:p>
            <w:pPr>
              <w:spacing w:before="20" w:after="20" w:line="240" w:lineRule="auto"/>
            </w:pPr>
            <w:r>
              <w:rPr>
                <w:rFonts w:ascii="Arial" w:hAnsi="Arial" w:cs="Arial" w:eastAsia="Arial"/>
                <w:b w:val="0"/>
                <w:i w:val="0"/>
                <w:color w:val="333333"/>
                <w:sz w:val="20"/>
              </w:rPr>
              <w:t>Required before any fundraising in Illinois. IL AG office.</w:t>
            </w:r>
          </w:p>
        </w:tc>
      </w:tr>
      <w:tr>
        <w:tc>
          <w:tcPr>
            <w:tcW w:type="dxa" w:w="2282"/>
            <w:shd w:val="clear" w:fill="F4F6F8"/>
          </w:tcPr>
          <w:p>
            <w:pPr>
              <w:spacing w:before="20" w:after="20" w:line="240" w:lineRule="auto"/>
            </w:pPr>
            <w:r>
              <w:rPr>
                <w:rFonts w:ascii="Arial" w:hAnsi="Arial" w:cs="Arial" w:eastAsia="Arial"/>
                <w:b/>
                <w:i w:val="0"/>
                <w:color w:val="333333"/>
                <w:sz w:val="20"/>
              </w:rPr>
              <w:t>IL Form STAX-1</w:t>
            </w:r>
          </w:p>
        </w:tc>
        <w:tc>
          <w:tcPr>
            <w:tcW w:type="dxa" w:w="2511"/>
            <w:shd w:val="clear" w:fill="F4F6F8"/>
          </w:tcPr>
          <w:p>
            <w:pPr>
              <w:spacing w:before="20" w:after="20" w:line="240" w:lineRule="auto"/>
            </w:pPr>
            <w:r>
              <w:rPr>
                <w:rFonts w:ascii="Arial" w:hAnsi="Arial" w:cs="Arial" w:eastAsia="Arial"/>
                <w:b w:val="0"/>
                <w:i w:val="0"/>
                <w:color w:val="333333"/>
                <w:sz w:val="20"/>
              </w:rPr>
              <w:t>IL state income tax exemption</w:t>
            </w:r>
          </w:p>
        </w:tc>
        <w:tc>
          <w:tcPr>
            <w:tcW w:type="dxa" w:w="913"/>
            <w:shd w:val="clear" w:fill="F4F6F8"/>
          </w:tcPr>
          <w:p>
            <w:pPr>
              <w:spacing w:before="20" w:after="20" w:line="240" w:lineRule="auto"/>
            </w:pPr>
            <w:r>
              <w:rPr>
                <w:rFonts w:ascii="Arial" w:hAnsi="Arial" w:cs="Arial" w:eastAsia="Arial"/>
                <w:b w:val="0"/>
                <w:i w:val="0"/>
                <w:color w:val="333333"/>
                <w:sz w:val="20"/>
              </w:rPr>
              <w:t>FREE</w:t>
            </w:r>
          </w:p>
        </w:tc>
        <w:tc>
          <w:tcPr>
            <w:tcW w:type="dxa" w:w="3652"/>
            <w:shd w:val="clear" w:fill="F4F6F8"/>
          </w:tcPr>
          <w:p>
            <w:pPr>
              <w:spacing w:before="20" w:after="20" w:line="240" w:lineRule="auto"/>
            </w:pPr>
            <w:r>
              <w:rPr>
                <w:rFonts w:ascii="Arial" w:hAnsi="Arial" w:cs="Arial" w:eastAsia="Arial"/>
                <w:b w:val="0"/>
                <w:i w:val="0"/>
                <w:color w:val="333333"/>
                <w:sz w:val="20"/>
              </w:rPr>
              <w:t>File after receiving federal Determination Letter.</w:t>
            </w:r>
          </w:p>
        </w:tc>
      </w:tr>
      <w:tr>
        <w:tc>
          <w:tcPr>
            <w:tcW w:type="dxa" w:w="2282"/>
            <w:shd w:val="clear" w:fill="FFFFFF"/>
          </w:tcPr>
          <w:p>
            <w:pPr>
              <w:spacing w:before="20" w:after="20" w:line="240" w:lineRule="auto"/>
            </w:pPr>
            <w:r>
              <w:rPr>
                <w:rFonts w:ascii="Arial" w:hAnsi="Arial" w:cs="Arial" w:eastAsia="Arial"/>
                <w:b/>
                <w:i w:val="0"/>
                <w:color w:val="333333"/>
                <w:sz w:val="20"/>
              </w:rPr>
              <w:t>IL Sales Tax Exemption (MyTax IL)</w:t>
            </w:r>
          </w:p>
        </w:tc>
        <w:tc>
          <w:tcPr>
            <w:tcW w:type="dxa" w:w="2511"/>
            <w:shd w:val="clear" w:fill="FFFFFF"/>
          </w:tcPr>
          <w:p>
            <w:pPr>
              <w:spacing w:before="20" w:after="20" w:line="240" w:lineRule="auto"/>
            </w:pPr>
            <w:r>
              <w:rPr>
                <w:rFonts w:ascii="Arial" w:hAnsi="Arial" w:cs="Arial" w:eastAsia="Arial"/>
                <w:b w:val="0"/>
                <w:i w:val="0"/>
                <w:color w:val="333333"/>
                <w:sz w:val="20"/>
              </w:rPr>
              <w:t>Tax-free equipment purchases</w:t>
            </w:r>
          </w:p>
        </w:tc>
        <w:tc>
          <w:tcPr>
            <w:tcW w:type="dxa" w:w="913"/>
            <w:shd w:val="clear" w:fill="FFFFFF"/>
          </w:tcPr>
          <w:p>
            <w:pPr>
              <w:spacing w:before="20" w:after="20" w:line="240" w:lineRule="auto"/>
            </w:pPr>
            <w:r>
              <w:rPr>
                <w:rFonts w:ascii="Arial" w:hAnsi="Arial" w:cs="Arial" w:eastAsia="Arial"/>
                <w:b w:val="0"/>
                <w:i w:val="0"/>
                <w:color w:val="333333"/>
                <w:sz w:val="20"/>
              </w:rPr>
              <w:t>FREE</w:t>
            </w:r>
          </w:p>
        </w:tc>
        <w:tc>
          <w:tcPr>
            <w:tcW w:type="dxa" w:w="3652"/>
            <w:shd w:val="clear" w:fill="FFFFFF"/>
          </w:tcPr>
          <w:p>
            <w:pPr>
              <w:spacing w:before="20" w:after="20" w:line="240" w:lineRule="auto"/>
            </w:pPr>
            <w:r>
              <w:rPr>
                <w:rFonts w:ascii="Arial" w:hAnsi="Arial" w:cs="Arial" w:eastAsia="Arial"/>
                <w:b w:val="0"/>
                <w:i w:val="0"/>
                <w:color w:val="333333"/>
                <w:sz w:val="20"/>
              </w:rPr>
              <w:t>Via MyTax Illinois portal after 501(c)(3) confirmed.</w:t>
            </w:r>
          </w:p>
        </w:tc>
      </w:tr>
      <w:tr>
        <w:tc>
          <w:tcPr>
            <w:tcW w:type="dxa" w:w="2282"/>
            <w:shd w:val="clear" w:fill="F4F6F8"/>
          </w:tcPr>
          <w:p>
            <w:pPr>
              <w:spacing w:before="20" w:after="20" w:line="240" w:lineRule="auto"/>
            </w:pPr>
            <w:r>
              <w:rPr>
                <w:rFonts w:ascii="Arial" w:hAnsi="Arial" w:cs="Arial" w:eastAsia="Arial"/>
                <w:b/>
                <w:i w:val="0"/>
                <w:color w:val="333333"/>
                <w:sz w:val="20"/>
              </w:rPr>
              <w:t>IRS Form 990-EZ (Annual)</w:t>
            </w:r>
          </w:p>
        </w:tc>
        <w:tc>
          <w:tcPr>
            <w:tcW w:type="dxa" w:w="2511"/>
            <w:shd w:val="clear" w:fill="F4F6F8"/>
          </w:tcPr>
          <w:p>
            <w:pPr>
              <w:spacing w:before="20" w:after="20" w:line="240" w:lineRule="auto"/>
            </w:pPr>
            <w:r>
              <w:rPr>
                <w:rFonts w:ascii="Arial" w:hAnsi="Arial" w:cs="Arial" w:eastAsia="Arial"/>
                <w:b w:val="0"/>
                <w:i w:val="0"/>
                <w:color w:val="333333"/>
                <w:sz w:val="20"/>
              </w:rPr>
              <w:t>Annual IRS information return</w:t>
            </w:r>
          </w:p>
        </w:tc>
        <w:tc>
          <w:tcPr>
            <w:tcW w:type="dxa" w:w="913"/>
            <w:shd w:val="clear" w:fill="F4F6F8"/>
          </w:tcPr>
          <w:p>
            <w:pPr>
              <w:spacing w:before="20" w:after="20" w:line="240" w:lineRule="auto"/>
            </w:pPr>
            <w:r>
              <w:rPr>
                <w:rFonts w:ascii="Arial" w:hAnsi="Arial" w:cs="Arial" w:eastAsia="Arial"/>
                <w:b w:val="0"/>
                <w:i w:val="0"/>
                <w:color w:val="333333"/>
                <w:sz w:val="20"/>
              </w:rPr>
              <w:t>FREE</w:t>
            </w:r>
          </w:p>
        </w:tc>
        <w:tc>
          <w:tcPr>
            <w:tcW w:type="dxa" w:w="3652"/>
            <w:shd w:val="clear" w:fill="F4F6F8"/>
          </w:tcPr>
          <w:p>
            <w:pPr>
              <w:spacing w:before="20" w:after="20" w:line="240" w:lineRule="auto"/>
            </w:pPr>
            <w:r>
              <w:rPr>
                <w:rFonts w:ascii="Arial" w:hAnsi="Arial" w:cs="Arial" w:eastAsia="Arial"/>
                <w:b w:val="0"/>
                <w:i w:val="0"/>
                <w:color w:val="333333"/>
                <w:sz w:val="20"/>
              </w:rPr>
              <w:t>Due 15th day of 5th month after fiscal year end. Use for gross receipts &lt;$200K. Miss 3 years = automatic revocation.</w:t>
            </w:r>
          </w:p>
        </w:tc>
      </w:tr>
      <w:tr>
        <w:tc>
          <w:tcPr>
            <w:tcW w:type="dxa" w:w="2282"/>
            <w:shd w:val="clear" w:fill="FFFFFF"/>
          </w:tcPr>
          <w:p>
            <w:pPr>
              <w:spacing w:before="20" w:after="20" w:line="240" w:lineRule="auto"/>
            </w:pPr>
            <w:r>
              <w:rPr>
                <w:rFonts w:ascii="Arial" w:hAnsi="Arial" w:cs="Arial" w:eastAsia="Arial"/>
                <w:b/>
                <w:i w:val="0"/>
                <w:color w:val="333333"/>
                <w:sz w:val="20"/>
              </w:rPr>
              <w:t>IL Annual Report (NFP 114.05)</w:t>
            </w:r>
          </w:p>
        </w:tc>
        <w:tc>
          <w:tcPr>
            <w:tcW w:type="dxa" w:w="2511"/>
            <w:shd w:val="clear" w:fill="FFFFFF"/>
          </w:tcPr>
          <w:p>
            <w:pPr>
              <w:spacing w:before="20" w:after="20" w:line="240" w:lineRule="auto"/>
            </w:pPr>
            <w:r>
              <w:rPr>
                <w:rFonts w:ascii="Arial" w:hAnsi="Arial" w:cs="Arial" w:eastAsia="Arial"/>
                <w:b w:val="0"/>
                <w:i w:val="0"/>
                <w:color w:val="333333"/>
                <w:sz w:val="20"/>
              </w:rPr>
              <w:t>Maintain IL good standing</w:t>
            </w:r>
          </w:p>
        </w:tc>
        <w:tc>
          <w:tcPr>
            <w:tcW w:type="dxa" w:w="913"/>
            <w:shd w:val="clear" w:fill="FFFFFF"/>
          </w:tcPr>
          <w:p>
            <w:pPr>
              <w:spacing w:before="20" w:after="20" w:line="240" w:lineRule="auto"/>
            </w:pPr>
            <w:r>
              <w:rPr>
                <w:rFonts w:ascii="Arial" w:hAnsi="Arial" w:cs="Arial" w:eastAsia="Arial"/>
                <w:b w:val="0"/>
                <w:i w:val="0"/>
                <w:color w:val="333333"/>
                <w:sz w:val="20"/>
              </w:rPr>
              <w:t>$10/year</w:t>
            </w:r>
          </w:p>
        </w:tc>
        <w:tc>
          <w:tcPr>
            <w:tcW w:type="dxa" w:w="3652"/>
            <w:shd w:val="clear" w:fill="FFFFFF"/>
          </w:tcPr>
          <w:p>
            <w:pPr>
              <w:spacing w:before="20" w:after="20" w:line="240" w:lineRule="auto"/>
            </w:pPr>
            <w:r>
              <w:rPr>
                <w:rFonts w:ascii="Arial" w:hAnsi="Arial" w:cs="Arial" w:eastAsia="Arial"/>
                <w:b w:val="0"/>
                <w:i w:val="0"/>
                <w:color w:val="333333"/>
                <w:sz w:val="20"/>
              </w:rPr>
              <w:t>Due before the anniversary month of incorporation. File at ilsos.gov.</w:t>
            </w:r>
          </w:p>
        </w:tc>
      </w:tr>
      <w:tr>
        <w:tc>
          <w:tcPr>
            <w:tcW w:type="dxa" w:w="2282"/>
            <w:shd w:val="clear" w:fill="F4F6F8"/>
          </w:tcPr>
          <w:p>
            <w:pPr>
              <w:spacing w:before="20" w:after="20" w:line="240" w:lineRule="auto"/>
            </w:pPr>
            <w:r>
              <w:rPr>
                <w:rFonts w:ascii="Arial" w:hAnsi="Arial" w:cs="Arial" w:eastAsia="Arial"/>
                <w:b/>
                <w:i w:val="0"/>
                <w:color w:val="333333"/>
                <w:sz w:val="20"/>
              </w:rPr>
              <w:t>IL CO-2 Annual Renewal (AG)</w:t>
            </w:r>
          </w:p>
        </w:tc>
        <w:tc>
          <w:tcPr>
            <w:tcW w:type="dxa" w:w="2511"/>
            <w:shd w:val="clear" w:fill="F4F6F8"/>
          </w:tcPr>
          <w:p>
            <w:pPr>
              <w:spacing w:before="20" w:after="20" w:line="240" w:lineRule="auto"/>
            </w:pPr>
            <w:r>
              <w:rPr>
                <w:rFonts w:ascii="Arial" w:hAnsi="Arial" w:cs="Arial" w:eastAsia="Arial"/>
                <w:b w:val="0"/>
                <w:i w:val="0"/>
                <w:color w:val="333333"/>
                <w:sz w:val="20"/>
              </w:rPr>
              <w:t>Renew charitable solicitation registration</w:t>
            </w:r>
          </w:p>
        </w:tc>
        <w:tc>
          <w:tcPr>
            <w:tcW w:type="dxa" w:w="913"/>
            <w:shd w:val="clear" w:fill="F4F6F8"/>
          </w:tcPr>
          <w:p>
            <w:pPr>
              <w:spacing w:before="20" w:after="20" w:line="240" w:lineRule="auto"/>
            </w:pPr>
            <w:r>
              <w:rPr>
                <w:rFonts w:ascii="Arial" w:hAnsi="Arial" w:cs="Arial" w:eastAsia="Arial"/>
                <w:b w:val="0"/>
                <w:i w:val="0"/>
                <w:color w:val="333333"/>
                <w:sz w:val="20"/>
              </w:rPr>
              <w:t>$15/year</w:t>
            </w:r>
          </w:p>
        </w:tc>
        <w:tc>
          <w:tcPr>
            <w:tcW w:type="dxa" w:w="3652"/>
            <w:shd w:val="clear" w:fill="F4F6F8"/>
          </w:tcPr>
          <w:p>
            <w:pPr>
              <w:spacing w:before="20" w:after="20" w:line="240" w:lineRule="auto"/>
            </w:pPr>
            <w:r>
              <w:rPr>
                <w:rFonts w:ascii="Arial" w:hAnsi="Arial" w:cs="Arial" w:eastAsia="Arial"/>
                <w:b w:val="0"/>
                <w:i w:val="0"/>
                <w:color w:val="333333"/>
                <w:sz w:val="20"/>
              </w:rPr>
              <w:t>Annual renewal with IL AG office. Attach Form 990 or 990-EZ.</w:t>
            </w:r>
          </w:p>
        </w:tc>
      </w:tr>
    </w:tbl>
    <w:p>
      <w:pPr>
        <w:spacing w:before="0" w:after="80" w:line="240" w:lineRule="auto"/>
      </w:pPr>
    </w:p>
    <w:p>
      <w:pPr>
        <w:spacing w:before="280" w:after="120" w:line="240" w:lineRule="auto"/>
        <w:pBdr>
          <w:bottom w:val="single" w:color="1A6B7A" w:sz="4" w:space="4"/>
        </w:pBdr>
      </w:pPr>
      <w:r>
        <w:rPr>
          <w:rFonts w:ascii="Arial" w:hAnsi="Arial" w:cs="Arial" w:eastAsia="Arial"/>
          <w:b/>
          <w:i w:val="0"/>
          <w:color w:val="1B3557"/>
          <w:sz w:val="36"/>
        </w:rPr>
        <w:t>4. Cost Breakdown — Illinois DIY</w:t>
      </w:r>
    </w:p>
    <w:p>
      <w:pPr>
        <w:spacing w:before="160" w:after="80" w:line="240" w:lineRule="auto"/>
      </w:pPr>
      <w:r>
        <w:rPr>
          <w:rFonts w:ascii="Arial" w:hAnsi="Arial" w:cs="Arial" w:eastAsia="Arial"/>
          <w:b/>
          <w:i w:val="0"/>
          <w:color w:val="1A6B7A"/>
          <w:sz w:val="26"/>
        </w:rPr>
        <w:t>One-Time Startup Costs</w:t>
      </w:r>
    </w:p>
    <w:tbl>
      <w:tblPr>
        <w:tblW w:type="auto" w:w="0"/>
        <w:tblLayout w:type="fixed"/>
        <w:tblLook w:firstColumn="1" w:firstRow="1" w:lastColumn="0" w:lastRow="0" w:noHBand="0" w:noVBand="1" w:val="04A0"/>
        <w:tblBorders>
          <w:top w:val="single" w:color="auto" w:sz="4"/>
          <w:left w:val="single" w:color="auto" w:sz="4"/>
          <w:bottom w:val="single" w:color="auto" w:sz="4"/>
          <w:right w:val="single" w:color="auto" w:sz="4"/>
          <w:insideH w:val="single" w:color="auto" w:sz="4"/>
          <w:insideV w:val="single" w:color="auto" w:sz="4"/>
        </w:tblBorders>
      </w:tblPr>
      <w:tblGrid>
        <w:gridCol w:w="3360"/>
        <w:gridCol w:w="3360"/>
        <w:gridCol w:w="3360"/>
      </w:tblGrid>
      <w:tr>
        <w:tc>
          <w:tcPr>
            <w:tcW w:type="dxa" w:w="3403"/>
            <w:shd w:val="clear" w:fill="1B3557"/>
          </w:tcPr>
          <w:p>
            <w:pPr>
              <w:spacing w:before="20" w:after="20" w:line="240" w:lineRule="auto"/>
            </w:pPr>
            <w:r>
              <w:rPr>
                <w:rFonts w:ascii="Arial" w:hAnsi="Arial" w:cs="Arial" w:eastAsia="Arial"/>
                <w:b/>
                <w:i w:val="0"/>
                <w:color w:val="FFFFFF"/>
                <w:sz w:val="20"/>
              </w:rPr>
              <w:t>Item</w:t>
            </w:r>
          </w:p>
        </w:tc>
        <w:tc>
          <w:tcPr>
            <w:tcW w:type="dxa" w:w="1701"/>
            <w:shd w:val="clear" w:fill="1B3557"/>
          </w:tcPr>
          <w:p>
            <w:pPr>
              <w:spacing w:before="20" w:after="20" w:line="240" w:lineRule="auto"/>
            </w:pPr>
            <w:r>
              <w:rPr>
                <w:rFonts w:ascii="Arial" w:hAnsi="Arial" w:cs="Arial" w:eastAsia="Arial"/>
                <w:b/>
                <w:i w:val="0"/>
                <w:color w:val="FFFFFF"/>
                <w:sz w:val="20"/>
              </w:rPr>
              <w:t>Cost (DIY)</w:t>
            </w:r>
          </w:p>
        </w:tc>
        <w:tc>
          <w:tcPr>
            <w:tcW w:type="dxa" w:w="4254"/>
            <w:shd w:val="clear" w:fill="1B3557"/>
          </w:tcPr>
          <w:p>
            <w:pPr>
              <w:spacing w:before="20" w:after="20" w:line="240" w:lineRule="auto"/>
            </w:pPr>
            <w:r>
              <w:rPr>
                <w:rFonts w:ascii="Arial" w:hAnsi="Arial" w:cs="Arial" w:eastAsia="Arial"/>
                <w:b/>
                <w:i w:val="0"/>
                <w:color w:val="FFFFFF"/>
                <w:sz w:val="20"/>
              </w:rPr>
              <w:t>Notes</w:t>
            </w:r>
          </w:p>
        </w:tc>
      </w:tr>
      <w:tr>
        <w:tc>
          <w:tcPr>
            <w:tcW w:type="dxa" w:w="3403"/>
            <w:shd w:val="clear" w:fill="FFFFFF"/>
          </w:tcPr>
          <w:p>
            <w:pPr>
              <w:spacing w:before="20" w:after="20" w:line="240" w:lineRule="auto"/>
            </w:pPr>
            <w:r>
              <w:rPr>
                <w:rFonts w:ascii="Arial" w:hAnsi="Arial" w:cs="Arial" w:eastAsia="Arial"/>
                <w:b/>
                <w:i w:val="0"/>
                <w:color w:val="333333"/>
                <w:sz w:val="20"/>
              </w:rPr>
              <w:t>IL Articles of Incorporation</w:t>
            </w:r>
          </w:p>
        </w:tc>
        <w:tc>
          <w:tcPr>
            <w:tcW w:type="dxa" w:w="1701"/>
            <w:shd w:val="clear" w:fill="FFFFFF"/>
          </w:tcPr>
          <w:p>
            <w:pPr>
              <w:spacing w:before="20" w:after="20" w:line="240" w:lineRule="auto"/>
            </w:pPr>
            <w:r>
              <w:rPr>
                <w:rFonts w:ascii="Arial" w:hAnsi="Arial" w:cs="Arial" w:eastAsia="Arial"/>
                <w:b w:val="0"/>
                <w:i w:val="0"/>
                <w:color w:val="333333"/>
                <w:sz w:val="20"/>
              </w:rPr>
              <w:t>$50</w:t>
            </w:r>
          </w:p>
        </w:tc>
        <w:tc>
          <w:tcPr>
            <w:tcW w:type="dxa" w:w="4254"/>
            <w:shd w:val="clear" w:fill="FFFFFF"/>
          </w:tcPr>
          <w:p>
            <w:pPr>
              <w:spacing w:before="20" w:after="20" w:line="240" w:lineRule="auto"/>
            </w:pPr>
            <w:r>
              <w:rPr>
                <w:rFonts w:ascii="Arial" w:hAnsi="Arial" w:cs="Arial" w:eastAsia="Arial"/>
                <w:b w:val="0"/>
                <w:i w:val="0"/>
                <w:color w:val="333333"/>
                <w:sz w:val="20"/>
              </w:rPr>
              <w:t>ilsos.gov online filing</w:t>
            </w:r>
          </w:p>
        </w:tc>
      </w:tr>
      <w:tr>
        <w:tc>
          <w:tcPr>
            <w:tcW w:type="dxa" w:w="3403"/>
            <w:shd w:val="clear" w:fill="F4F6F8"/>
          </w:tcPr>
          <w:p>
            <w:pPr>
              <w:spacing w:before="20" w:after="20" w:line="240" w:lineRule="auto"/>
            </w:pPr>
            <w:r>
              <w:rPr>
                <w:rFonts w:ascii="Arial" w:hAnsi="Arial" w:cs="Arial" w:eastAsia="Arial"/>
                <w:b/>
                <w:i w:val="0"/>
                <w:color w:val="333333"/>
                <w:sz w:val="20"/>
              </w:rPr>
              <w:t>EIN (IRS SS-4)</w:t>
            </w:r>
          </w:p>
        </w:tc>
        <w:tc>
          <w:tcPr>
            <w:tcW w:type="dxa" w:w="1701"/>
            <w:shd w:val="clear" w:fill="F4F6F8"/>
          </w:tcPr>
          <w:p>
            <w:pPr>
              <w:spacing w:before="20" w:after="20" w:line="240" w:lineRule="auto"/>
            </w:pPr>
            <w:r>
              <w:rPr>
                <w:rFonts w:ascii="Arial" w:hAnsi="Arial" w:cs="Arial" w:eastAsia="Arial"/>
                <w:b w:val="0"/>
                <w:i w:val="0"/>
                <w:color w:val="333333"/>
                <w:sz w:val="20"/>
              </w:rPr>
              <w:t>FREE</w:t>
            </w:r>
          </w:p>
        </w:tc>
        <w:tc>
          <w:tcPr>
            <w:tcW w:type="dxa" w:w="4254"/>
            <w:shd w:val="clear" w:fill="F4F6F8"/>
          </w:tcPr>
          <w:p>
            <w:pPr>
              <w:spacing w:before="20" w:after="20" w:line="240" w:lineRule="auto"/>
            </w:pPr>
            <w:r>
              <w:rPr>
                <w:rFonts w:ascii="Arial" w:hAnsi="Arial" w:cs="Arial" w:eastAsia="Arial"/>
                <w:b w:val="0"/>
                <w:i w:val="0"/>
                <w:color w:val="333333"/>
                <w:sz w:val="20"/>
              </w:rPr>
              <w:t>IRS.gov, instant</w:t>
            </w:r>
          </w:p>
        </w:tc>
      </w:tr>
      <w:tr>
        <w:tc>
          <w:tcPr>
            <w:tcW w:type="dxa" w:w="3403"/>
            <w:shd w:val="clear" w:fill="FFFFFF"/>
          </w:tcPr>
          <w:p>
            <w:pPr>
              <w:spacing w:before="20" w:after="20" w:line="240" w:lineRule="auto"/>
            </w:pPr>
            <w:r>
              <w:rPr>
                <w:rFonts w:ascii="Arial" w:hAnsi="Arial" w:cs="Arial" w:eastAsia="Arial"/>
                <w:b/>
                <w:i w:val="0"/>
                <w:color w:val="333333"/>
                <w:sz w:val="20"/>
              </w:rPr>
              <w:t>IRS Form 1023 user fee</w:t>
            </w:r>
          </w:p>
        </w:tc>
        <w:tc>
          <w:tcPr>
            <w:tcW w:type="dxa" w:w="1701"/>
            <w:shd w:val="clear" w:fill="FFFFFF"/>
          </w:tcPr>
          <w:p>
            <w:pPr>
              <w:spacing w:before="20" w:after="20" w:line="240" w:lineRule="auto"/>
            </w:pPr>
            <w:r>
              <w:rPr>
                <w:rFonts w:ascii="Arial" w:hAnsi="Arial" w:cs="Arial" w:eastAsia="Arial"/>
                <w:b w:val="0"/>
                <w:i w:val="0"/>
                <w:color w:val="333333"/>
                <w:sz w:val="20"/>
              </w:rPr>
              <w:t>$600</w:t>
            </w:r>
          </w:p>
        </w:tc>
        <w:tc>
          <w:tcPr>
            <w:tcW w:type="dxa" w:w="4254"/>
            <w:shd w:val="clear" w:fill="FFFFFF"/>
          </w:tcPr>
          <w:p>
            <w:pPr>
              <w:spacing w:before="20" w:after="20" w:line="240" w:lineRule="auto"/>
            </w:pPr>
            <w:r>
              <w:rPr>
                <w:rFonts w:ascii="Arial" w:hAnsi="Arial" w:cs="Arial" w:eastAsia="Arial"/>
                <w:b w:val="0"/>
                <w:i w:val="0"/>
                <w:color w:val="333333"/>
                <w:sz w:val="20"/>
              </w:rPr>
              <w:t>pay.gov at time of filing</w:t>
            </w:r>
          </w:p>
        </w:tc>
      </w:tr>
      <w:tr>
        <w:tc>
          <w:tcPr>
            <w:tcW w:type="dxa" w:w="3403"/>
            <w:shd w:val="clear" w:fill="F4F6F8"/>
          </w:tcPr>
          <w:p>
            <w:pPr>
              <w:spacing w:before="20" w:after="20" w:line="240" w:lineRule="auto"/>
            </w:pPr>
            <w:r>
              <w:rPr>
                <w:rFonts w:ascii="Arial" w:hAnsi="Arial" w:cs="Arial" w:eastAsia="Arial"/>
                <w:b/>
                <w:i w:val="0"/>
                <w:color w:val="333333"/>
                <w:sz w:val="20"/>
              </w:rPr>
              <w:t>IL Form CO-1 (charitable registration)</w:t>
            </w:r>
          </w:p>
        </w:tc>
        <w:tc>
          <w:tcPr>
            <w:tcW w:type="dxa" w:w="1701"/>
            <w:shd w:val="clear" w:fill="F4F6F8"/>
          </w:tcPr>
          <w:p>
            <w:pPr>
              <w:spacing w:before="20" w:after="20" w:line="240" w:lineRule="auto"/>
            </w:pPr>
            <w:r>
              <w:rPr>
                <w:rFonts w:ascii="Arial" w:hAnsi="Arial" w:cs="Arial" w:eastAsia="Arial"/>
                <w:b w:val="0"/>
                <w:i w:val="0"/>
                <w:color w:val="333333"/>
                <w:sz w:val="20"/>
              </w:rPr>
              <w:t>$15</w:t>
            </w:r>
          </w:p>
        </w:tc>
        <w:tc>
          <w:tcPr>
            <w:tcW w:type="dxa" w:w="4254"/>
            <w:shd w:val="clear" w:fill="F4F6F8"/>
          </w:tcPr>
          <w:p>
            <w:pPr>
              <w:spacing w:before="20" w:after="20" w:line="240" w:lineRule="auto"/>
            </w:pPr>
            <w:r>
              <w:rPr>
                <w:rFonts w:ascii="Arial" w:hAnsi="Arial" w:cs="Arial" w:eastAsia="Arial"/>
                <w:b w:val="0"/>
                <w:i w:val="0"/>
                <w:color w:val="333333"/>
                <w:sz w:val="20"/>
              </w:rPr>
              <w:t>IL AG office</w:t>
            </w:r>
          </w:p>
        </w:tc>
      </w:tr>
      <w:tr>
        <w:tc>
          <w:tcPr>
            <w:tcW w:type="dxa" w:w="3403"/>
            <w:shd w:val="clear" w:fill="FFFFFF"/>
          </w:tcPr>
          <w:p>
            <w:pPr>
              <w:spacing w:before="20" w:after="20" w:line="240" w:lineRule="auto"/>
            </w:pPr>
            <w:r>
              <w:rPr>
                <w:rFonts w:ascii="Arial" w:hAnsi="Arial" w:cs="Arial" w:eastAsia="Arial"/>
                <w:b/>
                <w:i w:val="0"/>
                <w:color w:val="333333"/>
                <w:sz w:val="20"/>
              </w:rPr>
              <w:t>Articles / Bylaws template (DIY with AI)</w:t>
            </w:r>
          </w:p>
        </w:tc>
        <w:tc>
          <w:tcPr>
            <w:tcW w:type="dxa" w:w="1701"/>
            <w:shd w:val="clear" w:fill="FFFFFF"/>
          </w:tcPr>
          <w:p>
            <w:pPr>
              <w:spacing w:before="20" w:after="20" w:line="240" w:lineRule="auto"/>
            </w:pPr>
            <w:r>
              <w:rPr>
                <w:rFonts w:ascii="Arial" w:hAnsi="Arial" w:cs="Arial" w:eastAsia="Arial"/>
                <w:b w:val="0"/>
                <w:i w:val="0"/>
                <w:color w:val="333333"/>
                <w:sz w:val="20"/>
              </w:rPr>
              <w:t>$0</w:t>
            </w:r>
          </w:p>
        </w:tc>
        <w:tc>
          <w:tcPr>
            <w:tcW w:type="dxa" w:w="4254"/>
            <w:shd w:val="clear" w:fill="FFFFFF"/>
          </w:tcPr>
          <w:p>
            <w:pPr>
              <w:spacing w:before="20" w:after="20" w:line="240" w:lineRule="auto"/>
            </w:pPr>
            <w:r>
              <w:rPr>
                <w:rFonts w:ascii="Arial" w:hAnsi="Arial" w:cs="Arial" w:eastAsia="Arial"/>
                <w:b w:val="0"/>
                <w:i w:val="0"/>
                <w:color w:val="333333"/>
                <w:sz w:val="20"/>
              </w:rPr>
              <w:t>IRS sample language + IL NFP Act templates are free</w:t>
            </w:r>
          </w:p>
        </w:tc>
      </w:tr>
      <w:tr>
        <w:tc>
          <w:tcPr>
            <w:tcW w:type="dxa" w:w="3403"/>
            <w:shd w:val="clear" w:fill="F4F6F8"/>
          </w:tcPr>
          <w:p>
            <w:pPr>
              <w:spacing w:before="20" w:after="20" w:line="240" w:lineRule="auto"/>
            </w:pPr>
            <w:r>
              <w:rPr>
                <w:rFonts w:ascii="Arial" w:hAnsi="Arial" w:cs="Arial" w:eastAsia="Arial"/>
                <w:b/>
                <w:i w:val="0"/>
                <w:color w:val="333333"/>
                <w:sz w:val="20"/>
              </w:rPr>
              <w:t>Bank account</w:t>
            </w:r>
          </w:p>
        </w:tc>
        <w:tc>
          <w:tcPr>
            <w:tcW w:type="dxa" w:w="1701"/>
            <w:shd w:val="clear" w:fill="F4F6F8"/>
          </w:tcPr>
          <w:p>
            <w:pPr>
              <w:spacing w:before="20" w:after="20" w:line="240" w:lineRule="auto"/>
            </w:pPr>
            <w:r>
              <w:rPr>
                <w:rFonts w:ascii="Arial" w:hAnsi="Arial" w:cs="Arial" w:eastAsia="Arial"/>
                <w:b w:val="0"/>
                <w:i w:val="0"/>
                <w:color w:val="333333"/>
                <w:sz w:val="20"/>
              </w:rPr>
              <w:t>$0</w:t>
            </w:r>
          </w:p>
        </w:tc>
        <w:tc>
          <w:tcPr>
            <w:tcW w:type="dxa" w:w="4254"/>
            <w:shd w:val="clear" w:fill="F4F6F8"/>
          </w:tcPr>
          <w:p>
            <w:pPr>
              <w:spacing w:before="20" w:after="20" w:line="240" w:lineRule="auto"/>
            </w:pPr>
            <w:r>
              <w:rPr>
                <w:rFonts w:ascii="Arial" w:hAnsi="Arial" w:cs="Arial" w:eastAsia="Arial"/>
                <w:b w:val="0"/>
                <w:i w:val="0"/>
                <w:color w:val="333333"/>
                <w:sz w:val="20"/>
              </w:rPr>
              <w:t>Most IL credit unions waive fees for 501(c)(3)</w:t>
            </w:r>
          </w:p>
        </w:tc>
      </w:tr>
      <w:tr>
        <w:tc>
          <w:tcPr>
            <w:tcW w:type="dxa" w:w="3403"/>
            <w:shd w:val="clear" w:fill="FFFFFF"/>
          </w:tcPr>
          <w:p>
            <w:pPr>
              <w:spacing w:before="20" w:after="20" w:line="240" w:lineRule="auto"/>
            </w:pPr>
            <w:r>
              <w:rPr>
                <w:rFonts w:ascii="Arial" w:hAnsi="Arial" w:cs="Arial" w:eastAsia="Arial"/>
                <w:b/>
                <w:i w:val="0"/>
                <w:color w:val="333333"/>
                <w:sz w:val="20"/>
              </w:rPr>
              <w:t>Accounting software (Wave)</w:t>
            </w:r>
          </w:p>
        </w:tc>
        <w:tc>
          <w:tcPr>
            <w:tcW w:type="dxa" w:w="1701"/>
            <w:shd w:val="clear" w:fill="FFFFFF"/>
          </w:tcPr>
          <w:p>
            <w:pPr>
              <w:spacing w:before="20" w:after="20" w:line="240" w:lineRule="auto"/>
            </w:pPr>
            <w:r>
              <w:rPr>
                <w:rFonts w:ascii="Arial" w:hAnsi="Arial" w:cs="Arial" w:eastAsia="Arial"/>
                <w:b w:val="0"/>
                <w:i w:val="0"/>
                <w:color w:val="333333"/>
                <w:sz w:val="20"/>
              </w:rPr>
              <w:t>$0</w:t>
            </w:r>
          </w:p>
        </w:tc>
        <w:tc>
          <w:tcPr>
            <w:tcW w:type="dxa" w:w="4254"/>
            <w:shd w:val="clear" w:fill="FFFFFF"/>
          </w:tcPr>
          <w:p>
            <w:pPr>
              <w:spacing w:before="20" w:after="20" w:line="240" w:lineRule="auto"/>
            </w:pPr>
            <w:r>
              <w:rPr>
                <w:rFonts w:ascii="Arial" w:hAnsi="Arial" w:cs="Arial" w:eastAsia="Arial"/>
                <w:b w:val="0"/>
                <w:i w:val="0"/>
                <w:color w:val="333333"/>
                <w:sz w:val="20"/>
              </w:rPr>
              <w:t>Free for the first few years; upgrade to Aplos if needed</w:t>
            </w:r>
          </w:p>
        </w:tc>
      </w:tr>
      <w:tr>
        <w:tc>
          <w:tcPr>
            <w:tcW w:type="dxa" w:w="3403"/>
            <w:shd w:val="clear" w:fill="F4F6F8"/>
          </w:tcPr>
          <w:p>
            <w:pPr>
              <w:spacing w:before="20" w:after="20" w:line="240" w:lineRule="auto"/>
            </w:pPr>
            <w:r>
              <w:rPr>
                <w:rFonts w:ascii="Arial" w:hAnsi="Arial" w:cs="Arial" w:eastAsia="Arial"/>
                <w:b/>
                <w:i w:val="0"/>
                <w:color w:val="333333"/>
                <w:sz w:val="20"/>
              </w:rPr>
              <w:t>Website + domain (Year 1)</w:t>
            </w:r>
          </w:p>
        </w:tc>
        <w:tc>
          <w:tcPr>
            <w:tcW w:type="dxa" w:w="1701"/>
            <w:shd w:val="clear" w:fill="F4F6F8"/>
          </w:tcPr>
          <w:p>
            <w:pPr>
              <w:spacing w:before="20" w:after="20" w:line="240" w:lineRule="auto"/>
            </w:pPr>
            <w:r>
              <w:rPr>
                <w:rFonts w:ascii="Arial" w:hAnsi="Arial" w:cs="Arial" w:eastAsia="Arial"/>
                <w:b w:val="0"/>
                <w:i w:val="0"/>
                <w:color w:val="333333"/>
                <w:sz w:val="20"/>
              </w:rPr>
              <w:t>$50–$120</w:t>
            </w:r>
          </w:p>
        </w:tc>
        <w:tc>
          <w:tcPr>
            <w:tcW w:type="dxa" w:w="4254"/>
            <w:shd w:val="clear" w:fill="F4F6F8"/>
          </w:tcPr>
          <w:p>
            <w:pPr>
              <w:spacing w:before="20" w:after="20" w:line="240" w:lineRule="auto"/>
            </w:pPr>
            <w:r>
              <w:rPr>
                <w:rFonts w:ascii="Arial" w:hAnsi="Arial" w:cs="Arial" w:eastAsia="Arial"/>
                <w:b w:val="0"/>
                <w:i w:val="0"/>
                <w:color w:val="333333"/>
                <w:sz w:val="20"/>
              </w:rPr>
              <w:t>Squarespace nonprofit plan or similar</w:t>
            </w:r>
          </w:p>
        </w:tc>
      </w:tr>
      <w:tr>
        <w:tc>
          <w:tcPr>
            <w:tcW w:type="dxa" w:w="3403"/>
            <w:shd w:val="clear" w:fill="FFFFFF"/>
          </w:tcPr>
          <w:p>
            <w:pPr>
              <w:spacing w:before="20" w:after="20" w:line="240" w:lineRule="auto"/>
            </w:pPr>
            <w:r>
              <w:rPr>
                <w:rFonts w:ascii="Arial" w:hAnsi="Arial" w:cs="Arial" w:eastAsia="Arial"/>
                <w:b/>
                <w:i w:val="0"/>
                <w:color w:val="333333"/>
                <w:sz w:val="20"/>
              </w:rPr>
              <w:t>TOTAL STARTUP (full DIY)</w:t>
            </w:r>
          </w:p>
        </w:tc>
        <w:tc>
          <w:tcPr>
            <w:tcW w:type="dxa" w:w="1701"/>
            <w:shd w:val="clear" w:fill="FFFFFF"/>
          </w:tcPr>
          <w:p>
            <w:pPr>
              <w:spacing w:before="20" w:after="20" w:line="240" w:lineRule="auto"/>
            </w:pPr>
            <w:r>
              <w:rPr>
                <w:rFonts w:ascii="Arial" w:hAnsi="Arial" w:cs="Arial" w:eastAsia="Arial"/>
                <w:b w:val="0"/>
                <w:i w:val="0"/>
                <w:color w:val="333333"/>
                <w:sz w:val="20"/>
              </w:rPr>
              <w:t>$715–$785</w:t>
            </w:r>
          </w:p>
        </w:tc>
        <w:tc>
          <w:tcPr>
            <w:tcW w:type="dxa" w:w="4254"/>
            <w:shd w:val="clear" w:fill="FFFFFF"/>
          </w:tcPr>
          <w:p>
            <w:pPr>
              <w:spacing w:before="20" w:after="20" w:line="240" w:lineRule="auto"/>
            </w:pPr>
            <w:r>
              <w:rPr>
                <w:rFonts w:ascii="Arial" w:hAnsi="Arial" w:cs="Arial" w:eastAsia="Arial"/>
                <w:b w:val="0"/>
                <w:i w:val="0"/>
                <w:color w:val="333333"/>
                <w:sz w:val="20"/>
              </w:rPr>
              <w:t>No attorney. No formation service.</w:t>
            </w:r>
          </w:p>
        </w:tc>
      </w:tr>
    </w:tbl>
    <w:p>
      <w:pPr>
        <w:spacing w:before="0" w:after="80" w:line="240" w:lineRule="auto"/>
      </w:pPr>
    </w:p>
    <w:p>
      <w:pPr>
        <w:spacing w:before="160" w:after="80" w:line="240" w:lineRule="auto"/>
      </w:pPr>
      <w:r>
        <w:rPr>
          <w:rFonts w:ascii="Arial" w:hAnsi="Arial" w:cs="Arial" w:eastAsia="Arial"/>
          <w:b/>
          <w:i w:val="0"/>
          <w:color w:val="1A6B7A"/>
          <w:sz w:val="26"/>
        </w:rPr>
        <w:t>Annual Recurring Costs</w:t>
      </w:r>
    </w:p>
    <w:tbl>
      <w:tblPr>
        <w:tblW w:type="auto" w:w="0"/>
        <w:tblLayout w:type="fixed"/>
        <w:tblLook w:firstColumn="1" w:firstRow="1" w:lastColumn="0" w:lastRow="0" w:noHBand="0" w:noVBand="1" w:val="04A0"/>
        <w:tblBorders>
          <w:top w:val="single" w:color="auto" w:sz="4"/>
          <w:left w:val="single" w:color="auto" w:sz="4"/>
          <w:bottom w:val="single" w:color="auto" w:sz="4"/>
          <w:right w:val="single" w:color="auto" w:sz="4"/>
          <w:insideH w:val="single" w:color="auto" w:sz="4"/>
          <w:insideV w:val="single" w:color="auto" w:sz="4"/>
        </w:tblBorders>
      </w:tblPr>
      <w:tblGrid>
        <w:gridCol w:w="3360"/>
        <w:gridCol w:w="3360"/>
        <w:gridCol w:w="3360"/>
      </w:tblGrid>
      <w:tr>
        <w:tc>
          <w:tcPr>
            <w:tcW w:type="dxa" w:w="3403"/>
            <w:shd w:val="clear" w:fill="1B3557"/>
          </w:tcPr>
          <w:p>
            <w:pPr>
              <w:spacing w:before="20" w:after="20" w:line="240" w:lineRule="auto"/>
            </w:pPr>
            <w:r>
              <w:rPr>
                <w:rFonts w:ascii="Arial" w:hAnsi="Arial" w:cs="Arial" w:eastAsia="Arial"/>
                <w:b/>
                <w:i w:val="0"/>
                <w:color w:val="FFFFFF"/>
                <w:sz w:val="20"/>
              </w:rPr>
              <w:t>Item</w:t>
            </w:r>
          </w:p>
        </w:tc>
        <w:tc>
          <w:tcPr>
            <w:tcW w:type="dxa" w:w="1701"/>
            <w:shd w:val="clear" w:fill="1B3557"/>
          </w:tcPr>
          <w:p>
            <w:pPr>
              <w:spacing w:before="20" w:after="20" w:line="240" w:lineRule="auto"/>
            </w:pPr>
            <w:r>
              <w:rPr>
                <w:rFonts w:ascii="Arial" w:hAnsi="Arial" w:cs="Arial" w:eastAsia="Arial"/>
                <w:b/>
                <w:i w:val="0"/>
                <w:color w:val="FFFFFF"/>
                <w:sz w:val="20"/>
              </w:rPr>
              <w:t>Cost/Year</w:t>
            </w:r>
          </w:p>
        </w:tc>
        <w:tc>
          <w:tcPr>
            <w:tcW w:type="dxa" w:w="4254"/>
            <w:shd w:val="clear" w:fill="1B3557"/>
          </w:tcPr>
          <w:p>
            <w:pPr>
              <w:spacing w:before="20" w:after="20" w:line="240" w:lineRule="auto"/>
            </w:pPr>
            <w:r>
              <w:rPr>
                <w:rFonts w:ascii="Arial" w:hAnsi="Arial" w:cs="Arial" w:eastAsia="Arial"/>
                <w:b/>
                <w:i w:val="0"/>
                <w:color w:val="FFFFFF"/>
                <w:sz w:val="20"/>
              </w:rPr>
              <w:t>Notes</w:t>
            </w:r>
          </w:p>
        </w:tc>
      </w:tr>
      <w:tr>
        <w:tc>
          <w:tcPr>
            <w:tcW w:type="dxa" w:w="3403"/>
            <w:shd w:val="clear" w:fill="FFFFFF"/>
          </w:tcPr>
          <w:p>
            <w:pPr>
              <w:spacing w:before="20" w:after="20" w:line="240" w:lineRule="auto"/>
            </w:pPr>
            <w:r>
              <w:rPr>
                <w:rFonts w:ascii="Arial" w:hAnsi="Arial" w:cs="Arial" w:eastAsia="Arial"/>
                <w:b/>
                <w:i w:val="0"/>
                <w:color w:val="333333"/>
                <w:sz w:val="20"/>
              </w:rPr>
              <w:t>IL Annual Report</w:t>
            </w:r>
          </w:p>
        </w:tc>
        <w:tc>
          <w:tcPr>
            <w:tcW w:type="dxa" w:w="1701"/>
            <w:shd w:val="clear" w:fill="FFFFFF"/>
          </w:tcPr>
          <w:p>
            <w:pPr>
              <w:spacing w:before="20" w:after="20" w:line="240" w:lineRule="auto"/>
            </w:pPr>
            <w:r>
              <w:rPr>
                <w:rFonts w:ascii="Arial" w:hAnsi="Arial" w:cs="Arial" w:eastAsia="Arial"/>
                <w:b w:val="0"/>
                <w:i w:val="0"/>
                <w:color w:val="333333"/>
                <w:sz w:val="20"/>
              </w:rPr>
              <w:t>$10</w:t>
            </w:r>
          </w:p>
        </w:tc>
        <w:tc>
          <w:tcPr>
            <w:tcW w:type="dxa" w:w="4254"/>
            <w:shd w:val="clear" w:fill="FFFFFF"/>
          </w:tcPr>
          <w:p>
            <w:pPr>
              <w:spacing w:before="20" w:after="20" w:line="240" w:lineRule="auto"/>
            </w:pPr>
            <w:r>
              <w:rPr>
                <w:rFonts w:ascii="Arial" w:hAnsi="Arial" w:cs="Arial" w:eastAsia="Arial"/>
                <w:b w:val="0"/>
                <w:i w:val="0"/>
                <w:color w:val="333333"/>
                <w:sz w:val="20"/>
              </w:rPr>
              <w:t>ilsos.gov</w:t>
            </w:r>
          </w:p>
        </w:tc>
      </w:tr>
      <w:tr>
        <w:tc>
          <w:tcPr>
            <w:tcW w:type="dxa" w:w="3403"/>
            <w:shd w:val="clear" w:fill="F4F6F8"/>
          </w:tcPr>
          <w:p>
            <w:pPr>
              <w:spacing w:before="20" w:after="20" w:line="240" w:lineRule="auto"/>
            </w:pPr>
            <w:r>
              <w:rPr>
                <w:rFonts w:ascii="Arial" w:hAnsi="Arial" w:cs="Arial" w:eastAsia="Arial"/>
                <w:b/>
                <w:i w:val="0"/>
                <w:color w:val="333333"/>
                <w:sz w:val="20"/>
              </w:rPr>
              <w:t>IL CO-2 Charitable Registration Renewal</w:t>
            </w:r>
          </w:p>
        </w:tc>
        <w:tc>
          <w:tcPr>
            <w:tcW w:type="dxa" w:w="1701"/>
            <w:shd w:val="clear" w:fill="F4F6F8"/>
          </w:tcPr>
          <w:p>
            <w:pPr>
              <w:spacing w:before="20" w:after="20" w:line="240" w:lineRule="auto"/>
            </w:pPr>
            <w:r>
              <w:rPr>
                <w:rFonts w:ascii="Arial" w:hAnsi="Arial" w:cs="Arial" w:eastAsia="Arial"/>
                <w:b w:val="0"/>
                <w:i w:val="0"/>
                <w:color w:val="333333"/>
                <w:sz w:val="20"/>
              </w:rPr>
              <w:t>$15</w:t>
            </w:r>
          </w:p>
        </w:tc>
        <w:tc>
          <w:tcPr>
            <w:tcW w:type="dxa" w:w="4254"/>
            <w:shd w:val="clear" w:fill="F4F6F8"/>
          </w:tcPr>
          <w:p>
            <w:pPr>
              <w:spacing w:before="20" w:after="20" w:line="240" w:lineRule="auto"/>
            </w:pPr>
            <w:r>
              <w:rPr>
                <w:rFonts w:ascii="Arial" w:hAnsi="Arial" w:cs="Arial" w:eastAsia="Arial"/>
                <w:b w:val="0"/>
                <w:i w:val="0"/>
                <w:color w:val="333333"/>
                <w:sz w:val="20"/>
              </w:rPr>
              <w:t>IL AG office</w:t>
            </w:r>
          </w:p>
        </w:tc>
      </w:tr>
      <w:tr>
        <w:tc>
          <w:tcPr>
            <w:tcW w:type="dxa" w:w="3403"/>
            <w:shd w:val="clear" w:fill="FFFFFF"/>
          </w:tcPr>
          <w:p>
            <w:pPr>
              <w:spacing w:before="20" w:after="20" w:line="240" w:lineRule="auto"/>
            </w:pPr>
            <w:r>
              <w:rPr>
                <w:rFonts w:ascii="Arial" w:hAnsi="Arial" w:cs="Arial" w:eastAsia="Arial"/>
                <w:b/>
                <w:i w:val="0"/>
                <w:color w:val="333333"/>
                <w:sz w:val="20"/>
              </w:rPr>
              <w:t>IRS Form 990-EZ preparation</w:t>
            </w:r>
          </w:p>
        </w:tc>
        <w:tc>
          <w:tcPr>
            <w:tcW w:type="dxa" w:w="1701"/>
            <w:shd w:val="clear" w:fill="FFFFFF"/>
          </w:tcPr>
          <w:p>
            <w:pPr>
              <w:spacing w:before="20" w:after="20" w:line="240" w:lineRule="auto"/>
            </w:pPr>
            <w:r>
              <w:rPr>
                <w:rFonts w:ascii="Arial" w:hAnsi="Arial" w:cs="Arial" w:eastAsia="Arial"/>
                <w:b w:val="0"/>
                <w:i w:val="0"/>
                <w:color w:val="333333"/>
                <w:sz w:val="20"/>
              </w:rPr>
              <w:t>$0</w:t>
            </w:r>
          </w:p>
        </w:tc>
        <w:tc>
          <w:tcPr>
            <w:tcW w:type="dxa" w:w="4254"/>
            <w:shd w:val="clear" w:fill="FFFFFF"/>
          </w:tcPr>
          <w:p>
            <w:pPr>
              <w:spacing w:before="20" w:after="20" w:line="240" w:lineRule="auto"/>
            </w:pPr>
            <w:r>
              <w:rPr>
                <w:rFonts w:ascii="Arial" w:hAnsi="Arial" w:cs="Arial" w:eastAsia="Arial"/>
                <w:b w:val="0"/>
                <w:i w:val="0"/>
                <w:color w:val="333333"/>
                <w:sz w:val="20"/>
              </w:rPr>
              <w:t>DIY with Wave exports. Or ~$200 if CPA-assisted.</w:t>
            </w:r>
          </w:p>
        </w:tc>
      </w:tr>
      <w:tr>
        <w:tc>
          <w:tcPr>
            <w:tcW w:type="dxa" w:w="3403"/>
            <w:shd w:val="clear" w:fill="F4F6F8"/>
          </w:tcPr>
          <w:p>
            <w:pPr>
              <w:spacing w:before="20" w:after="20" w:line="240" w:lineRule="auto"/>
            </w:pPr>
            <w:r>
              <w:rPr>
                <w:rFonts w:ascii="Arial" w:hAnsi="Arial" w:cs="Arial" w:eastAsia="Arial"/>
                <w:b/>
                <w:i w:val="0"/>
                <w:color w:val="333333"/>
                <w:sz w:val="20"/>
              </w:rPr>
              <w:t>Accounting software (Wave)</w:t>
            </w:r>
          </w:p>
        </w:tc>
        <w:tc>
          <w:tcPr>
            <w:tcW w:type="dxa" w:w="1701"/>
            <w:shd w:val="clear" w:fill="F4F6F8"/>
          </w:tcPr>
          <w:p>
            <w:pPr>
              <w:spacing w:before="20" w:after="20" w:line="240" w:lineRule="auto"/>
            </w:pPr>
            <w:r>
              <w:rPr>
                <w:rFonts w:ascii="Arial" w:hAnsi="Arial" w:cs="Arial" w:eastAsia="Arial"/>
                <w:b w:val="0"/>
                <w:i w:val="0"/>
                <w:color w:val="333333"/>
                <w:sz w:val="20"/>
              </w:rPr>
              <w:t>$0</w:t>
            </w:r>
          </w:p>
        </w:tc>
        <w:tc>
          <w:tcPr>
            <w:tcW w:type="dxa" w:w="4254"/>
            <w:shd w:val="clear" w:fill="F4F6F8"/>
          </w:tcPr>
          <w:p>
            <w:pPr>
              <w:spacing w:before="20" w:after="20" w:line="240" w:lineRule="auto"/>
            </w:pPr>
            <w:r>
              <w:rPr>
                <w:rFonts w:ascii="Arial" w:hAnsi="Arial" w:cs="Arial" w:eastAsia="Arial"/>
                <w:b w:val="0"/>
                <w:i w:val="0"/>
                <w:color w:val="333333"/>
                <w:sz w:val="20"/>
              </w:rPr>
              <w:t>Free tier handles &lt;$100K orgs comfortably</w:t>
            </w:r>
          </w:p>
        </w:tc>
      </w:tr>
      <w:tr>
        <w:tc>
          <w:tcPr>
            <w:tcW w:type="dxa" w:w="3403"/>
            <w:shd w:val="clear" w:fill="FFFFFF"/>
          </w:tcPr>
          <w:p>
            <w:pPr>
              <w:spacing w:before="20" w:after="20" w:line="240" w:lineRule="auto"/>
            </w:pPr>
            <w:r>
              <w:rPr>
                <w:rFonts w:ascii="Arial" w:hAnsi="Arial" w:cs="Arial" w:eastAsia="Arial"/>
                <w:b/>
                <w:i w:val="0"/>
                <w:color w:val="333333"/>
                <w:sz w:val="20"/>
              </w:rPr>
              <w:t>Website hosting</w:t>
            </w:r>
          </w:p>
        </w:tc>
        <w:tc>
          <w:tcPr>
            <w:tcW w:type="dxa" w:w="1701"/>
            <w:shd w:val="clear" w:fill="FFFFFF"/>
          </w:tcPr>
          <w:p>
            <w:pPr>
              <w:spacing w:before="20" w:after="20" w:line="240" w:lineRule="auto"/>
            </w:pPr>
            <w:r>
              <w:rPr>
                <w:rFonts w:ascii="Arial" w:hAnsi="Arial" w:cs="Arial" w:eastAsia="Arial"/>
                <w:b w:val="0"/>
                <w:i w:val="0"/>
                <w:color w:val="333333"/>
                <w:sz w:val="20"/>
              </w:rPr>
              <w:t>$60–$120</w:t>
            </w:r>
          </w:p>
        </w:tc>
        <w:tc>
          <w:tcPr>
            <w:tcW w:type="dxa" w:w="4254"/>
            <w:shd w:val="clear" w:fill="FFFFFF"/>
          </w:tcPr>
          <w:p>
            <w:pPr>
              <w:spacing w:before="20" w:after="20" w:line="240" w:lineRule="auto"/>
            </w:pPr>
            <w:r>
              <w:rPr>
                <w:rFonts w:ascii="Arial" w:hAnsi="Arial" w:cs="Arial" w:eastAsia="Arial"/>
                <w:b w:val="0"/>
                <w:i w:val="0"/>
                <w:color w:val="333333"/>
                <w:sz w:val="20"/>
              </w:rPr>
              <w:t>Annual renewal</w:t>
            </w:r>
          </w:p>
        </w:tc>
      </w:tr>
      <w:tr>
        <w:tc>
          <w:tcPr>
            <w:tcW w:type="dxa" w:w="3403"/>
            <w:shd w:val="clear" w:fill="F4F6F8"/>
          </w:tcPr>
          <w:p>
            <w:pPr>
              <w:spacing w:before="20" w:after="20" w:line="240" w:lineRule="auto"/>
            </w:pPr>
            <w:r>
              <w:rPr>
                <w:rFonts w:ascii="Arial" w:hAnsi="Arial" w:cs="Arial" w:eastAsia="Arial"/>
                <w:b/>
                <w:i w:val="0"/>
                <w:color w:val="333333"/>
                <w:sz w:val="20"/>
              </w:rPr>
              <w:t>TOTAL ANNUAL COMPLIANCE</w:t>
            </w:r>
          </w:p>
        </w:tc>
        <w:tc>
          <w:tcPr>
            <w:tcW w:type="dxa" w:w="1701"/>
            <w:shd w:val="clear" w:fill="F4F6F8"/>
          </w:tcPr>
          <w:p>
            <w:pPr>
              <w:spacing w:before="20" w:after="20" w:line="240" w:lineRule="auto"/>
            </w:pPr>
            <w:r>
              <w:rPr>
                <w:rFonts w:ascii="Arial" w:hAnsi="Arial" w:cs="Arial" w:eastAsia="Arial"/>
                <w:b w:val="0"/>
                <w:i w:val="0"/>
                <w:color w:val="333333"/>
                <w:sz w:val="20"/>
              </w:rPr>
              <w:t>$85–$145/year</w:t>
            </w:r>
          </w:p>
        </w:tc>
        <w:tc>
          <w:tcPr>
            <w:tcW w:type="dxa" w:w="4254"/>
            <w:shd w:val="clear" w:fill="F4F6F8"/>
          </w:tcPr>
          <w:p>
            <w:pPr>
              <w:spacing w:before="20" w:after="20" w:line="240" w:lineRule="auto"/>
            </w:pPr>
            <w:r>
              <w:rPr>
                <w:rFonts w:ascii="Arial" w:hAnsi="Arial" w:cs="Arial" w:eastAsia="Arial"/>
                <w:b w:val="0"/>
                <w:i w:val="0"/>
                <w:color w:val="333333"/>
                <w:sz w:val="20"/>
              </w:rPr>
              <w:t>Extremely low overhead</w:t>
            </w:r>
          </w:p>
        </w:tc>
      </w:tr>
    </w:tbl>
    <w:p>
      <w:pPr>
        <w:spacing w:before="0" w:after="80" w:line="240" w:lineRule="auto"/>
      </w:pPr>
    </w:p>
    <w:p>
      <w:pPr>
        <w:spacing w:before="280" w:after="120" w:line="240" w:lineRule="auto"/>
        <w:pBdr>
          <w:bottom w:val="single" w:color="1A6B7A" w:sz="4" w:space="4"/>
        </w:pBdr>
      </w:pPr>
      <w:r>
        <w:rPr>
          <w:rFonts w:ascii="Arial" w:hAnsi="Arial" w:cs="Arial" w:eastAsia="Arial"/>
          <w:b/>
          <w:i w:val="0"/>
          <w:color w:val="1B3557"/>
          <w:sz w:val="36"/>
        </w:rPr>
        <w:t>5. Annual Operating Budget — Free Programming Model</w:t>
      </w:r>
    </w:p>
    <w:p>
      <w:pPr>
        <w:spacing w:before="0" w:after="100" w:line="240" w:lineRule="auto"/>
      </w:pPr>
      <w:r>
        <w:rPr>
          <w:rFonts w:ascii="Arial" w:hAnsi="Arial" w:cs="Arial" w:eastAsia="Arial"/>
          <w:b w:val="0"/>
          <w:i w:val="0"/>
          <w:color w:val="333333"/>
          <w:sz w:val="20"/>
        </w:rPr>
        <w:t>This organization charges nothing for its programs. All revenue is philanthropic. The budget below reflects that reality.</w:t>
      </w:r>
    </w:p>
    <w:p>
      <w:pPr>
        <w:spacing w:before="160" w:after="80" w:line="240" w:lineRule="auto"/>
      </w:pPr>
      <w:r>
        <w:rPr>
          <w:rFonts w:ascii="Arial" w:hAnsi="Arial" w:cs="Arial" w:eastAsia="Arial"/>
          <w:b/>
          <w:i w:val="0"/>
          <w:color w:val="1A6B7A"/>
          <w:sz w:val="26"/>
        </w:rPr>
        <w:t>Revenue — 100% Donated</w:t>
      </w:r>
    </w:p>
    <w:tbl>
      <w:tblPr>
        <w:tblW w:type="auto" w:w="0"/>
        <w:tblLayout w:type="fixed"/>
        <w:tblLook w:firstColumn="1" w:firstRow="1" w:lastColumn="0" w:lastRow="0" w:noHBand="0" w:noVBand="1" w:val="04A0"/>
        <w:tblBorders>
          <w:top w:val="single" w:color="auto" w:sz="4"/>
          <w:left w:val="single" w:color="auto" w:sz="4"/>
          <w:bottom w:val="single" w:color="auto" w:sz="4"/>
          <w:right w:val="single" w:color="auto" w:sz="4"/>
          <w:insideH w:val="single" w:color="auto" w:sz="4"/>
          <w:insideV w:val="single" w:color="auto" w:sz="4"/>
        </w:tblBorders>
      </w:tblPr>
      <w:tblGrid>
        <w:gridCol w:w="3360"/>
        <w:gridCol w:w="3360"/>
        <w:gridCol w:w="3360"/>
      </w:tblGrid>
      <w:tr>
        <w:tc>
          <w:tcPr>
            <w:tcW w:type="dxa" w:w="4821"/>
            <w:shd w:val="clear" w:fill="1B3557"/>
          </w:tcPr>
          <w:p>
            <w:pPr>
              <w:spacing w:before="20" w:after="20" w:line="240" w:lineRule="auto"/>
            </w:pPr>
            <w:r>
              <w:rPr>
                <w:rFonts w:ascii="Arial" w:hAnsi="Arial" w:cs="Arial" w:eastAsia="Arial"/>
                <w:b/>
                <w:i w:val="0"/>
                <w:color w:val="FFFFFF"/>
                <w:sz w:val="20"/>
              </w:rPr>
              <w:t>Revenue Source</w:t>
            </w:r>
          </w:p>
        </w:tc>
        <w:tc>
          <w:tcPr>
            <w:tcW w:type="dxa" w:w="2269"/>
            <w:shd w:val="clear" w:fill="1B3557"/>
          </w:tcPr>
          <w:p>
            <w:pPr>
              <w:spacing w:before="20" w:after="20" w:line="240" w:lineRule="auto"/>
            </w:pPr>
            <w:r>
              <w:rPr>
                <w:rFonts w:ascii="Arial" w:hAnsi="Arial" w:cs="Arial" w:eastAsia="Arial"/>
                <w:b/>
                <w:i w:val="0"/>
                <w:color w:val="FFFFFF"/>
                <w:sz w:val="20"/>
              </w:rPr>
              <w:t>Conservative ($50K)</w:t>
            </w:r>
          </w:p>
        </w:tc>
        <w:tc>
          <w:tcPr>
            <w:tcW w:type="dxa" w:w="2269"/>
            <w:shd w:val="clear" w:fill="1B3557"/>
          </w:tcPr>
          <w:p>
            <w:pPr>
              <w:spacing w:before="20" w:after="20" w:line="240" w:lineRule="auto"/>
            </w:pPr>
            <w:r>
              <w:rPr>
                <w:rFonts w:ascii="Arial" w:hAnsi="Arial" w:cs="Arial" w:eastAsia="Arial"/>
                <w:b/>
                <w:i w:val="0"/>
                <w:color w:val="FFFFFF"/>
                <w:sz w:val="20"/>
              </w:rPr>
              <w:t>Growth ($75K)</w:t>
            </w:r>
          </w:p>
        </w:tc>
      </w:tr>
      <w:tr>
        <w:tc>
          <w:tcPr>
            <w:tcW w:type="dxa" w:w="4821"/>
            <w:shd w:val="clear" w:fill="FFFFFF"/>
          </w:tcPr>
          <w:p>
            <w:pPr>
              <w:spacing w:before="20" w:after="20" w:line="240" w:lineRule="auto"/>
            </w:pPr>
            <w:r>
              <w:rPr>
                <w:rFonts w:ascii="Arial" w:hAnsi="Arial" w:cs="Arial" w:eastAsia="Arial"/>
                <w:b/>
                <w:i w:val="0"/>
                <w:color w:val="333333"/>
                <w:sz w:val="20"/>
              </w:rPr>
              <w:t>Named benefactor</w:t>
            </w:r>
          </w:p>
        </w:tc>
        <w:tc>
          <w:tcPr>
            <w:tcW w:type="dxa" w:w="2269"/>
            <w:shd w:val="clear" w:fill="FFFFFF"/>
          </w:tcPr>
          <w:p>
            <w:pPr>
              <w:spacing w:before="20" w:after="20" w:line="240" w:lineRule="auto"/>
            </w:pPr>
            <w:r>
              <w:rPr>
                <w:rFonts w:ascii="Arial" w:hAnsi="Arial" w:cs="Arial" w:eastAsia="Arial"/>
                <w:b w:val="0"/>
                <w:i w:val="0"/>
                <w:color w:val="333333"/>
                <w:sz w:val="20"/>
              </w:rPr>
              <w:t>$30,000</w:t>
            </w:r>
          </w:p>
        </w:tc>
        <w:tc>
          <w:tcPr>
            <w:tcW w:type="dxa" w:w="2269"/>
            <w:shd w:val="clear" w:fill="FFFFFF"/>
          </w:tcPr>
          <w:p>
            <w:pPr>
              <w:spacing w:before="20" w:after="20" w:line="240" w:lineRule="auto"/>
            </w:pPr>
            <w:r>
              <w:rPr>
                <w:rFonts w:ascii="Arial" w:hAnsi="Arial" w:cs="Arial" w:eastAsia="Arial"/>
                <w:b w:val="0"/>
                <w:i w:val="0"/>
                <w:color w:val="333333"/>
                <w:sz w:val="20"/>
              </w:rPr>
              <w:t>$45,000</w:t>
            </w:r>
          </w:p>
        </w:tc>
      </w:tr>
      <w:tr>
        <w:tc>
          <w:tcPr>
            <w:tcW w:type="dxa" w:w="4821"/>
            <w:shd w:val="clear" w:fill="F4F6F8"/>
          </w:tcPr>
          <w:p>
            <w:pPr>
              <w:spacing w:before="20" w:after="20" w:line="240" w:lineRule="auto"/>
            </w:pPr>
            <w:r>
              <w:rPr>
                <w:rFonts w:ascii="Arial" w:hAnsi="Arial" w:cs="Arial" w:eastAsia="Arial"/>
                <w:b/>
                <w:i w:val="0"/>
                <w:color w:val="333333"/>
                <w:sz w:val="20"/>
              </w:rPr>
              <w:t>Online fundraising / digital advertising / social</w:t>
            </w:r>
          </w:p>
        </w:tc>
        <w:tc>
          <w:tcPr>
            <w:tcW w:type="dxa" w:w="2269"/>
            <w:shd w:val="clear" w:fill="F4F6F8"/>
          </w:tcPr>
          <w:p>
            <w:pPr>
              <w:spacing w:before="20" w:after="20" w:line="240" w:lineRule="auto"/>
            </w:pPr>
            <w:r>
              <w:rPr>
                <w:rFonts w:ascii="Arial" w:hAnsi="Arial" w:cs="Arial" w:eastAsia="Arial"/>
                <w:b w:val="0"/>
                <w:i w:val="0"/>
                <w:color w:val="333333"/>
                <w:sz w:val="20"/>
              </w:rPr>
              <w:t>$15,000</w:t>
            </w:r>
          </w:p>
        </w:tc>
        <w:tc>
          <w:tcPr>
            <w:tcW w:type="dxa" w:w="2269"/>
            <w:shd w:val="clear" w:fill="F4F6F8"/>
          </w:tcPr>
          <w:p>
            <w:pPr>
              <w:spacing w:before="20" w:after="20" w:line="240" w:lineRule="auto"/>
            </w:pPr>
            <w:r>
              <w:rPr>
                <w:rFonts w:ascii="Arial" w:hAnsi="Arial" w:cs="Arial" w:eastAsia="Arial"/>
                <w:b w:val="0"/>
                <w:i w:val="0"/>
                <w:color w:val="333333"/>
                <w:sz w:val="20"/>
              </w:rPr>
              <w:t>$25,000</w:t>
            </w:r>
          </w:p>
        </w:tc>
      </w:tr>
      <w:tr>
        <w:tc>
          <w:tcPr>
            <w:tcW w:type="dxa" w:w="4821"/>
            <w:shd w:val="clear" w:fill="FFFFFF"/>
          </w:tcPr>
          <w:p>
            <w:pPr>
              <w:spacing w:before="20" w:after="20" w:line="240" w:lineRule="auto"/>
            </w:pPr>
            <w:r>
              <w:rPr>
                <w:rFonts w:ascii="Arial" w:hAnsi="Arial" w:cs="Arial" w:eastAsia="Arial"/>
                <w:b/>
                <w:i w:val="0"/>
                <w:color w:val="333333"/>
                <w:sz w:val="20"/>
              </w:rPr>
              <w:t>Small grants (community foundations, sailing assoc.)</w:t>
            </w:r>
          </w:p>
        </w:tc>
        <w:tc>
          <w:tcPr>
            <w:tcW w:type="dxa" w:w="2269"/>
            <w:shd w:val="clear" w:fill="FFFFFF"/>
          </w:tcPr>
          <w:p>
            <w:pPr>
              <w:spacing w:before="20" w:after="20" w:line="240" w:lineRule="auto"/>
            </w:pPr>
            <w:r>
              <w:rPr>
                <w:rFonts w:ascii="Arial" w:hAnsi="Arial" w:cs="Arial" w:eastAsia="Arial"/>
                <w:b w:val="0"/>
                <w:i w:val="0"/>
                <w:color w:val="333333"/>
                <w:sz w:val="20"/>
              </w:rPr>
              <w:t>$5,000</w:t>
            </w:r>
          </w:p>
        </w:tc>
        <w:tc>
          <w:tcPr>
            <w:tcW w:type="dxa" w:w="2269"/>
            <w:shd w:val="clear" w:fill="FFFFFF"/>
          </w:tcPr>
          <w:p>
            <w:pPr>
              <w:spacing w:before="20" w:after="20" w:line="240" w:lineRule="auto"/>
            </w:pPr>
            <w:r>
              <w:rPr>
                <w:rFonts w:ascii="Arial" w:hAnsi="Arial" w:cs="Arial" w:eastAsia="Arial"/>
                <w:b w:val="0"/>
                <w:i w:val="0"/>
                <w:color w:val="333333"/>
                <w:sz w:val="20"/>
              </w:rPr>
              <w:t>$5,000</w:t>
            </w:r>
          </w:p>
        </w:tc>
      </w:tr>
      <w:tr>
        <w:tc>
          <w:tcPr>
            <w:tcW w:type="dxa" w:w="4821"/>
            <w:shd w:val="clear" w:fill="F4F6F8"/>
          </w:tcPr>
          <w:p>
            <w:pPr>
              <w:spacing w:before="20" w:after="20" w:line="240" w:lineRule="auto"/>
            </w:pPr>
            <w:r>
              <w:rPr>
                <w:rFonts w:ascii="Arial" w:hAnsi="Arial" w:cs="Arial" w:eastAsia="Arial"/>
                <w:b/>
                <w:i w:val="0"/>
                <w:color w:val="333333"/>
                <w:sz w:val="20"/>
              </w:rPr>
              <w:t>TOTAL REVENUE</w:t>
            </w:r>
          </w:p>
        </w:tc>
        <w:tc>
          <w:tcPr>
            <w:tcW w:type="dxa" w:w="2269"/>
            <w:shd w:val="clear" w:fill="F4F6F8"/>
          </w:tcPr>
          <w:p>
            <w:pPr>
              <w:spacing w:before="20" w:after="20" w:line="240" w:lineRule="auto"/>
            </w:pPr>
            <w:r>
              <w:rPr>
                <w:rFonts w:ascii="Arial" w:hAnsi="Arial" w:cs="Arial" w:eastAsia="Arial"/>
                <w:b w:val="0"/>
                <w:i w:val="0"/>
                <w:color w:val="333333"/>
                <w:sz w:val="20"/>
              </w:rPr>
              <w:t>$50,000</w:t>
            </w:r>
          </w:p>
        </w:tc>
        <w:tc>
          <w:tcPr>
            <w:tcW w:type="dxa" w:w="2269"/>
            <w:shd w:val="clear" w:fill="F4F6F8"/>
          </w:tcPr>
          <w:p>
            <w:pPr>
              <w:spacing w:before="20" w:after="20" w:line="240" w:lineRule="auto"/>
            </w:pPr>
            <w:r>
              <w:rPr>
                <w:rFonts w:ascii="Arial" w:hAnsi="Arial" w:cs="Arial" w:eastAsia="Arial"/>
                <w:b w:val="0"/>
                <w:i w:val="0"/>
                <w:color w:val="333333"/>
                <w:sz w:val="20"/>
              </w:rPr>
              <w:t>$75,000</w:t>
            </w:r>
          </w:p>
        </w:tc>
      </w:tr>
    </w:tbl>
    <w:p>
      <w:pPr>
        <w:spacing w:before="0" w:after="80" w:line="240" w:lineRule="auto"/>
      </w:pPr>
    </w:p>
    <w:p>
      <w:pPr>
        <w:spacing w:before="160" w:after="80" w:line="240" w:lineRule="auto"/>
      </w:pPr>
      <w:r>
        <w:rPr>
          <w:rFonts w:ascii="Arial" w:hAnsi="Arial" w:cs="Arial" w:eastAsia="Arial"/>
          <w:b/>
          <w:i w:val="0"/>
          <w:color w:val="1A6B7A"/>
          <w:sz w:val="26"/>
        </w:rPr>
        <w:t>Expenses — Conservative vs. Growth</w:t>
      </w:r>
    </w:p>
    <w:tbl>
      <w:tblPr>
        <w:tblW w:type="auto" w:w="0"/>
        <w:tblLayout w:type="fixed"/>
        <w:tblLook w:firstColumn="1" w:firstRow="1" w:lastColumn="0" w:lastRow="0" w:noHBand="0" w:noVBand="1" w:val="04A0"/>
        <w:tblBorders>
          <w:top w:val="single" w:color="auto" w:sz="4"/>
          <w:left w:val="single" w:color="auto" w:sz="4"/>
          <w:bottom w:val="single" w:color="auto" w:sz="4"/>
          <w:right w:val="single" w:color="auto" w:sz="4"/>
          <w:insideH w:val="single" w:color="auto" w:sz="4"/>
          <w:insideV w:val="single" w:color="auto" w:sz="4"/>
        </w:tblBorders>
      </w:tblPr>
      <w:tblGrid>
        <w:gridCol w:w="3360"/>
        <w:gridCol w:w="3360"/>
        <w:gridCol w:w="3360"/>
      </w:tblGrid>
      <w:tr>
        <w:tc>
          <w:tcPr>
            <w:tcW w:type="dxa" w:w="4821"/>
            <w:shd w:val="clear" w:fill="1B3557"/>
          </w:tcPr>
          <w:p>
            <w:pPr>
              <w:spacing w:before="20" w:after="20" w:line="240" w:lineRule="auto"/>
            </w:pPr>
            <w:r>
              <w:rPr>
                <w:rFonts w:ascii="Arial" w:hAnsi="Arial" w:cs="Arial" w:eastAsia="Arial"/>
                <w:b/>
                <w:i w:val="0"/>
                <w:color w:val="FFFFFF"/>
                <w:sz w:val="20"/>
              </w:rPr>
              <w:t>Expense</w:t>
            </w:r>
          </w:p>
        </w:tc>
        <w:tc>
          <w:tcPr>
            <w:tcW w:type="dxa" w:w="2269"/>
            <w:shd w:val="clear" w:fill="1B3557"/>
          </w:tcPr>
          <w:p>
            <w:pPr>
              <w:spacing w:before="20" w:after="20" w:line="240" w:lineRule="auto"/>
            </w:pPr>
            <w:r>
              <w:rPr>
                <w:rFonts w:ascii="Arial" w:hAnsi="Arial" w:cs="Arial" w:eastAsia="Arial"/>
                <w:b/>
                <w:i w:val="0"/>
                <w:color w:val="FFFFFF"/>
                <w:sz w:val="20"/>
              </w:rPr>
              <w:t>Conservative ($50K)</w:t>
            </w:r>
          </w:p>
        </w:tc>
        <w:tc>
          <w:tcPr>
            <w:tcW w:type="dxa" w:w="2269"/>
            <w:shd w:val="clear" w:fill="1B3557"/>
          </w:tcPr>
          <w:p>
            <w:pPr>
              <w:spacing w:before="20" w:after="20" w:line="240" w:lineRule="auto"/>
            </w:pPr>
            <w:r>
              <w:rPr>
                <w:rFonts w:ascii="Arial" w:hAnsi="Arial" w:cs="Arial" w:eastAsia="Arial"/>
                <w:b/>
                <w:i w:val="0"/>
                <w:color w:val="FFFFFF"/>
                <w:sz w:val="20"/>
              </w:rPr>
              <w:t>Growth ($75K)</w:t>
            </w:r>
          </w:p>
        </w:tc>
      </w:tr>
      <w:tr>
        <w:tc>
          <w:tcPr>
            <w:tcW w:type="dxa" w:w="4821"/>
            <w:shd w:val="clear" w:fill="FFFFFF"/>
          </w:tcPr>
          <w:p>
            <w:pPr>
              <w:spacing w:before="20" w:after="20" w:line="240" w:lineRule="auto"/>
            </w:pPr>
            <w:r>
              <w:rPr>
                <w:rFonts w:ascii="Arial" w:hAnsi="Arial" w:cs="Arial" w:eastAsia="Arial"/>
                <w:b/>
                <w:i w:val="0"/>
                <w:color w:val="333333"/>
                <w:sz w:val="20"/>
              </w:rPr>
              <w:t>CEO stipend (compensated officer)</w:t>
            </w:r>
          </w:p>
        </w:tc>
        <w:tc>
          <w:tcPr>
            <w:tcW w:type="dxa" w:w="2269"/>
            <w:shd w:val="clear" w:fill="FFFFFF"/>
          </w:tcPr>
          <w:p>
            <w:pPr>
              <w:spacing w:before="20" w:after="20" w:line="240" w:lineRule="auto"/>
            </w:pPr>
            <w:r>
              <w:rPr>
                <w:rFonts w:ascii="Arial" w:hAnsi="Arial" w:cs="Arial" w:eastAsia="Arial"/>
                <w:b w:val="0"/>
                <w:i w:val="0"/>
                <w:color w:val="333333"/>
                <w:sz w:val="20"/>
              </w:rPr>
              <w:t>$15,000</w:t>
            </w:r>
          </w:p>
        </w:tc>
        <w:tc>
          <w:tcPr>
            <w:tcW w:type="dxa" w:w="2269"/>
            <w:shd w:val="clear" w:fill="FFFFFF"/>
          </w:tcPr>
          <w:p>
            <w:pPr>
              <w:spacing w:before="20" w:after="20" w:line="240" w:lineRule="auto"/>
            </w:pPr>
            <w:r>
              <w:rPr>
                <w:rFonts w:ascii="Arial" w:hAnsi="Arial" w:cs="Arial" w:eastAsia="Arial"/>
                <w:b w:val="0"/>
                <w:i w:val="0"/>
                <w:color w:val="333333"/>
                <w:sz w:val="20"/>
              </w:rPr>
              <w:t>$18,000</w:t>
            </w:r>
          </w:p>
        </w:tc>
      </w:tr>
      <w:tr>
        <w:tc>
          <w:tcPr>
            <w:tcW w:type="dxa" w:w="4821"/>
            <w:shd w:val="clear" w:fill="F4F6F8"/>
          </w:tcPr>
          <w:p>
            <w:pPr>
              <w:spacing w:before="20" w:after="20" w:line="240" w:lineRule="auto"/>
            </w:pPr>
            <w:r>
              <w:rPr>
                <w:rFonts w:ascii="Arial" w:hAnsi="Arial" w:cs="Arial" w:eastAsia="Arial"/>
                <w:b/>
                <w:i w:val="0"/>
                <w:color w:val="333333"/>
                <w:sz w:val="20"/>
              </w:rPr>
              <w:t>Payroll taxes on CEO (~15.3% self-employment)</w:t>
            </w:r>
          </w:p>
        </w:tc>
        <w:tc>
          <w:tcPr>
            <w:tcW w:type="dxa" w:w="2269"/>
            <w:shd w:val="clear" w:fill="F4F6F8"/>
          </w:tcPr>
          <w:p>
            <w:pPr>
              <w:spacing w:before="20" w:after="20" w:line="240" w:lineRule="auto"/>
            </w:pPr>
            <w:r>
              <w:rPr>
                <w:rFonts w:ascii="Arial" w:hAnsi="Arial" w:cs="Arial" w:eastAsia="Arial"/>
                <w:b w:val="0"/>
                <w:i w:val="0"/>
                <w:color w:val="333333"/>
                <w:sz w:val="20"/>
              </w:rPr>
              <w:t>$2,300</w:t>
            </w:r>
          </w:p>
        </w:tc>
        <w:tc>
          <w:tcPr>
            <w:tcW w:type="dxa" w:w="2269"/>
            <w:shd w:val="clear" w:fill="F4F6F8"/>
          </w:tcPr>
          <w:p>
            <w:pPr>
              <w:spacing w:before="20" w:after="20" w:line="240" w:lineRule="auto"/>
            </w:pPr>
            <w:r>
              <w:rPr>
                <w:rFonts w:ascii="Arial" w:hAnsi="Arial" w:cs="Arial" w:eastAsia="Arial"/>
                <w:b w:val="0"/>
                <w:i w:val="0"/>
                <w:color w:val="333333"/>
                <w:sz w:val="20"/>
              </w:rPr>
              <w:t>$2,750</w:t>
            </w:r>
          </w:p>
        </w:tc>
      </w:tr>
      <w:tr>
        <w:tc>
          <w:tcPr>
            <w:tcW w:type="dxa" w:w="4821"/>
            <w:shd w:val="clear" w:fill="FFFFFF"/>
          </w:tcPr>
          <w:p>
            <w:pPr>
              <w:spacing w:before="20" w:after="20" w:line="240" w:lineRule="auto"/>
            </w:pPr>
            <w:r>
              <w:rPr>
                <w:rFonts w:ascii="Arial" w:hAnsi="Arial" w:cs="Arial" w:eastAsia="Arial"/>
                <w:b/>
                <w:i w:val="0"/>
                <w:color w:val="333333"/>
                <w:sz w:val="20"/>
              </w:rPr>
              <w:t>Contract sailing instructor(s) — per session / day rate</w:t>
            </w:r>
          </w:p>
        </w:tc>
        <w:tc>
          <w:tcPr>
            <w:tcW w:type="dxa" w:w="2269"/>
            <w:shd w:val="clear" w:fill="FFFFFF"/>
          </w:tcPr>
          <w:p>
            <w:pPr>
              <w:spacing w:before="20" w:after="20" w:line="240" w:lineRule="auto"/>
            </w:pPr>
            <w:r>
              <w:rPr>
                <w:rFonts w:ascii="Arial" w:hAnsi="Arial" w:cs="Arial" w:eastAsia="Arial"/>
                <w:b w:val="0"/>
                <w:i w:val="0"/>
                <w:color w:val="333333"/>
                <w:sz w:val="20"/>
              </w:rPr>
              <w:t>$6,000</w:t>
            </w:r>
          </w:p>
        </w:tc>
        <w:tc>
          <w:tcPr>
            <w:tcW w:type="dxa" w:w="2269"/>
            <w:shd w:val="clear" w:fill="FFFFFF"/>
          </w:tcPr>
          <w:p>
            <w:pPr>
              <w:spacing w:before="20" w:after="20" w:line="240" w:lineRule="auto"/>
            </w:pPr>
            <w:r>
              <w:rPr>
                <w:rFonts w:ascii="Arial" w:hAnsi="Arial" w:cs="Arial" w:eastAsia="Arial"/>
                <w:b w:val="0"/>
                <w:i w:val="0"/>
                <w:color w:val="333333"/>
                <w:sz w:val="20"/>
              </w:rPr>
              <w:t>$12,000</w:t>
            </w:r>
          </w:p>
        </w:tc>
      </w:tr>
      <w:tr>
        <w:tc>
          <w:tcPr>
            <w:tcW w:type="dxa" w:w="4821"/>
            <w:shd w:val="clear" w:fill="F4F6F8"/>
          </w:tcPr>
          <w:p>
            <w:pPr>
              <w:spacing w:before="20" w:after="20" w:line="240" w:lineRule="auto"/>
            </w:pPr>
            <w:r>
              <w:rPr>
                <w:rFonts w:ascii="Arial" w:hAnsi="Arial" w:cs="Arial" w:eastAsia="Arial"/>
                <w:b/>
                <w:i w:val="0"/>
                <w:color w:val="333333"/>
                <w:sz w:val="20"/>
              </w:rPr>
              <w:t>Boat rental from marina/club partners</w:t>
            </w:r>
          </w:p>
        </w:tc>
        <w:tc>
          <w:tcPr>
            <w:tcW w:type="dxa" w:w="2269"/>
            <w:shd w:val="clear" w:fill="F4F6F8"/>
          </w:tcPr>
          <w:p>
            <w:pPr>
              <w:spacing w:before="20" w:after="20" w:line="240" w:lineRule="auto"/>
            </w:pPr>
            <w:r>
              <w:rPr>
                <w:rFonts w:ascii="Arial" w:hAnsi="Arial" w:cs="Arial" w:eastAsia="Arial"/>
                <w:b w:val="0"/>
                <w:i w:val="0"/>
                <w:color w:val="333333"/>
                <w:sz w:val="20"/>
              </w:rPr>
              <w:t>$8,500</w:t>
            </w:r>
          </w:p>
        </w:tc>
        <w:tc>
          <w:tcPr>
            <w:tcW w:type="dxa" w:w="2269"/>
            <w:shd w:val="clear" w:fill="F4F6F8"/>
          </w:tcPr>
          <w:p>
            <w:pPr>
              <w:spacing w:before="20" w:after="20" w:line="240" w:lineRule="auto"/>
            </w:pPr>
            <w:r>
              <w:rPr>
                <w:rFonts w:ascii="Arial" w:hAnsi="Arial" w:cs="Arial" w:eastAsia="Arial"/>
                <w:b w:val="0"/>
                <w:i w:val="0"/>
                <w:color w:val="333333"/>
                <w:sz w:val="20"/>
              </w:rPr>
              <w:t>$15,000</w:t>
            </w:r>
          </w:p>
        </w:tc>
      </w:tr>
      <w:tr>
        <w:tc>
          <w:tcPr>
            <w:tcW w:type="dxa" w:w="4821"/>
            <w:shd w:val="clear" w:fill="FFFFFF"/>
          </w:tcPr>
          <w:p>
            <w:pPr>
              <w:spacing w:before="20" w:after="20" w:line="240" w:lineRule="auto"/>
            </w:pPr>
            <w:r>
              <w:rPr>
                <w:rFonts w:ascii="Arial" w:hAnsi="Arial" w:cs="Arial" w:eastAsia="Arial"/>
                <w:b/>
                <w:i w:val="0"/>
                <w:color w:val="333333"/>
                <w:sz w:val="20"/>
              </w:rPr>
              <w:t>Marine + general liability insurance (incl. D&amp;O + SAM rider)</w:t>
            </w:r>
          </w:p>
        </w:tc>
        <w:tc>
          <w:tcPr>
            <w:tcW w:type="dxa" w:w="2269"/>
            <w:shd w:val="clear" w:fill="FFFFFF"/>
          </w:tcPr>
          <w:p>
            <w:pPr>
              <w:spacing w:before="20" w:after="20" w:line="240" w:lineRule="auto"/>
            </w:pPr>
            <w:r>
              <w:rPr>
                <w:rFonts w:ascii="Arial" w:hAnsi="Arial" w:cs="Arial" w:eastAsia="Arial"/>
                <w:b w:val="0"/>
                <w:i w:val="0"/>
                <w:color w:val="333333"/>
                <w:sz w:val="20"/>
              </w:rPr>
              <w:t>$4,500</w:t>
            </w:r>
          </w:p>
        </w:tc>
        <w:tc>
          <w:tcPr>
            <w:tcW w:type="dxa" w:w="2269"/>
            <w:shd w:val="clear" w:fill="FFFFFF"/>
          </w:tcPr>
          <w:p>
            <w:pPr>
              <w:spacing w:before="20" w:after="20" w:line="240" w:lineRule="auto"/>
            </w:pPr>
            <w:r>
              <w:rPr>
                <w:rFonts w:ascii="Arial" w:hAnsi="Arial" w:cs="Arial" w:eastAsia="Arial"/>
                <w:b w:val="0"/>
                <w:i w:val="0"/>
                <w:color w:val="333333"/>
                <w:sz w:val="20"/>
              </w:rPr>
              <w:t>$6,000</w:t>
            </w:r>
          </w:p>
        </w:tc>
      </w:tr>
      <w:tr>
        <w:tc>
          <w:tcPr>
            <w:tcW w:type="dxa" w:w="4821"/>
            <w:shd w:val="clear" w:fill="F4F6F8"/>
          </w:tcPr>
          <w:p>
            <w:pPr>
              <w:spacing w:before="20" w:after="20" w:line="240" w:lineRule="auto"/>
            </w:pPr>
            <w:r>
              <w:rPr>
                <w:rFonts w:ascii="Arial" w:hAnsi="Arial" w:cs="Arial" w:eastAsia="Arial"/>
                <w:b/>
                <w:i w:val="0"/>
                <w:color w:val="333333"/>
                <w:sz w:val="20"/>
              </w:rPr>
              <w:t>Safety equipment (PFDs, flares, first aid — annual refresh)</w:t>
            </w:r>
          </w:p>
        </w:tc>
        <w:tc>
          <w:tcPr>
            <w:tcW w:type="dxa" w:w="2269"/>
            <w:shd w:val="clear" w:fill="F4F6F8"/>
          </w:tcPr>
          <w:p>
            <w:pPr>
              <w:spacing w:before="20" w:after="20" w:line="240" w:lineRule="auto"/>
            </w:pPr>
            <w:r>
              <w:rPr>
                <w:rFonts w:ascii="Arial" w:hAnsi="Arial" w:cs="Arial" w:eastAsia="Arial"/>
                <w:b w:val="0"/>
                <w:i w:val="0"/>
                <w:color w:val="333333"/>
                <w:sz w:val="20"/>
              </w:rPr>
              <w:t>$1,200</w:t>
            </w:r>
          </w:p>
        </w:tc>
        <w:tc>
          <w:tcPr>
            <w:tcW w:type="dxa" w:w="2269"/>
            <w:shd w:val="clear" w:fill="F4F6F8"/>
          </w:tcPr>
          <w:p>
            <w:pPr>
              <w:spacing w:before="20" w:after="20" w:line="240" w:lineRule="auto"/>
            </w:pPr>
            <w:r>
              <w:rPr>
                <w:rFonts w:ascii="Arial" w:hAnsi="Arial" w:cs="Arial" w:eastAsia="Arial"/>
                <w:b w:val="0"/>
                <w:i w:val="0"/>
                <w:color w:val="333333"/>
                <w:sz w:val="20"/>
              </w:rPr>
              <w:t>$2,000</w:t>
            </w:r>
          </w:p>
        </w:tc>
      </w:tr>
      <w:tr>
        <w:tc>
          <w:tcPr>
            <w:tcW w:type="dxa" w:w="4821"/>
            <w:shd w:val="clear" w:fill="FFFFFF"/>
          </w:tcPr>
          <w:p>
            <w:pPr>
              <w:spacing w:before="20" w:after="20" w:line="240" w:lineRule="auto"/>
            </w:pPr>
            <w:r>
              <w:rPr>
                <w:rFonts w:ascii="Arial" w:hAnsi="Arial" w:cs="Arial" w:eastAsia="Arial"/>
                <w:b/>
                <w:i w:val="0"/>
                <w:color w:val="333333"/>
                <w:sz w:val="20"/>
              </w:rPr>
              <w:t>Marketing / fundraising costs (ad spend, materials)</w:t>
            </w:r>
          </w:p>
        </w:tc>
        <w:tc>
          <w:tcPr>
            <w:tcW w:type="dxa" w:w="2269"/>
            <w:shd w:val="clear" w:fill="FFFFFF"/>
          </w:tcPr>
          <w:p>
            <w:pPr>
              <w:spacing w:before="20" w:after="20" w:line="240" w:lineRule="auto"/>
            </w:pPr>
            <w:r>
              <w:rPr>
                <w:rFonts w:ascii="Arial" w:hAnsi="Arial" w:cs="Arial" w:eastAsia="Arial"/>
                <w:b w:val="0"/>
                <w:i w:val="0"/>
                <w:color w:val="333333"/>
                <w:sz w:val="20"/>
              </w:rPr>
              <w:t>$2,500</w:t>
            </w:r>
          </w:p>
        </w:tc>
        <w:tc>
          <w:tcPr>
            <w:tcW w:type="dxa" w:w="2269"/>
            <w:shd w:val="clear" w:fill="FFFFFF"/>
          </w:tcPr>
          <w:p>
            <w:pPr>
              <w:spacing w:before="20" w:after="20" w:line="240" w:lineRule="auto"/>
            </w:pPr>
            <w:r>
              <w:rPr>
                <w:rFonts w:ascii="Arial" w:hAnsi="Arial" w:cs="Arial" w:eastAsia="Arial"/>
                <w:b w:val="0"/>
                <w:i w:val="0"/>
                <w:color w:val="333333"/>
                <w:sz w:val="20"/>
              </w:rPr>
              <w:t>$4,500</w:t>
            </w:r>
          </w:p>
        </w:tc>
      </w:tr>
      <w:tr>
        <w:tc>
          <w:tcPr>
            <w:tcW w:type="dxa" w:w="4821"/>
            <w:shd w:val="clear" w:fill="F4F6F8"/>
          </w:tcPr>
          <w:p>
            <w:pPr>
              <w:spacing w:before="20" w:after="20" w:line="240" w:lineRule="auto"/>
            </w:pPr>
            <w:r>
              <w:rPr>
                <w:rFonts w:ascii="Arial" w:hAnsi="Arial" w:cs="Arial" w:eastAsia="Arial"/>
                <w:b/>
                <w:i w:val="0"/>
                <w:color w:val="333333"/>
                <w:sz w:val="20"/>
              </w:rPr>
              <w:t>Instructor certifications / background checks</w:t>
            </w:r>
          </w:p>
        </w:tc>
        <w:tc>
          <w:tcPr>
            <w:tcW w:type="dxa" w:w="2269"/>
            <w:shd w:val="clear" w:fill="F4F6F8"/>
          </w:tcPr>
          <w:p>
            <w:pPr>
              <w:spacing w:before="20" w:after="20" w:line="240" w:lineRule="auto"/>
            </w:pPr>
            <w:r>
              <w:rPr>
                <w:rFonts w:ascii="Arial" w:hAnsi="Arial" w:cs="Arial" w:eastAsia="Arial"/>
                <w:b w:val="0"/>
                <w:i w:val="0"/>
                <w:color w:val="333333"/>
                <w:sz w:val="20"/>
              </w:rPr>
              <w:t>$500</w:t>
            </w:r>
          </w:p>
        </w:tc>
        <w:tc>
          <w:tcPr>
            <w:tcW w:type="dxa" w:w="2269"/>
            <w:shd w:val="clear" w:fill="F4F6F8"/>
          </w:tcPr>
          <w:p>
            <w:pPr>
              <w:spacing w:before="20" w:after="20" w:line="240" w:lineRule="auto"/>
            </w:pPr>
            <w:r>
              <w:rPr>
                <w:rFonts w:ascii="Arial" w:hAnsi="Arial" w:cs="Arial" w:eastAsia="Arial"/>
                <w:b w:val="0"/>
                <w:i w:val="0"/>
                <w:color w:val="333333"/>
                <w:sz w:val="20"/>
              </w:rPr>
              <w:t>$1,000</w:t>
            </w:r>
          </w:p>
        </w:tc>
      </w:tr>
      <w:tr>
        <w:tc>
          <w:tcPr>
            <w:tcW w:type="dxa" w:w="4821"/>
            <w:shd w:val="clear" w:fill="FFFFFF"/>
          </w:tcPr>
          <w:p>
            <w:pPr>
              <w:spacing w:before="20" w:after="20" w:line="240" w:lineRule="auto"/>
            </w:pPr>
            <w:r>
              <w:rPr>
                <w:rFonts w:ascii="Arial" w:hAnsi="Arial" w:cs="Arial" w:eastAsia="Arial"/>
                <w:b/>
                <w:i w:val="0"/>
                <w:color w:val="333333"/>
                <w:sz w:val="20"/>
              </w:rPr>
              <w:t>Technology (website, accounting, donation platform)</w:t>
            </w:r>
          </w:p>
        </w:tc>
        <w:tc>
          <w:tcPr>
            <w:tcW w:type="dxa" w:w="2269"/>
            <w:shd w:val="clear" w:fill="FFFFFF"/>
          </w:tcPr>
          <w:p>
            <w:pPr>
              <w:spacing w:before="20" w:after="20" w:line="240" w:lineRule="auto"/>
            </w:pPr>
            <w:r>
              <w:rPr>
                <w:rFonts w:ascii="Arial" w:hAnsi="Arial" w:cs="Arial" w:eastAsia="Arial"/>
                <w:b w:val="0"/>
                <w:i w:val="0"/>
                <w:color w:val="333333"/>
                <w:sz w:val="20"/>
              </w:rPr>
              <w:t>$500</w:t>
            </w:r>
          </w:p>
        </w:tc>
        <w:tc>
          <w:tcPr>
            <w:tcW w:type="dxa" w:w="2269"/>
            <w:shd w:val="clear" w:fill="FFFFFF"/>
          </w:tcPr>
          <w:p>
            <w:pPr>
              <w:spacing w:before="20" w:after="20" w:line="240" w:lineRule="auto"/>
            </w:pPr>
            <w:r>
              <w:rPr>
                <w:rFonts w:ascii="Arial" w:hAnsi="Arial" w:cs="Arial" w:eastAsia="Arial"/>
                <w:b w:val="0"/>
                <w:i w:val="0"/>
                <w:color w:val="333333"/>
                <w:sz w:val="20"/>
              </w:rPr>
              <w:t>$1,200</w:t>
            </w:r>
          </w:p>
        </w:tc>
      </w:tr>
      <w:tr>
        <w:tc>
          <w:tcPr>
            <w:tcW w:type="dxa" w:w="4821"/>
            <w:shd w:val="clear" w:fill="F4F6F8"/>
          </w:tcPr>
          <w:p>
            <w:pPr>
              <w:spacing w:before="20" w:after="20" w:line="240" w:lineRule="auto"/>
            </w:pPr>
            <w:r>
              <w:rPr>
                <w:rFonts w:ascii="Arial" w:hAnsi="Arial" w:cs="Arial" w:eastAsia="Arial"/>
                <w:b/>
                <w:i w:val="0"/>
                <w:color w:val="333333"/>
                <w:sz w:val="20"/>
              </w:rPr>
              <w:t>State compliance (IL annual report + CO-2 renewal)</w:t>
            </w:r>
          </w:p>
        </w:tc>
        <w:tc>
          <w:tcPr>
            <w:tcW w:type="dxa" w:w="2269"/>
            <w:shd w:val="clear" w:fill="F4F6F8"/>
          </w:tcPr>
          <w:p>
            <w:pPr>
              <w:spacing w:before="20" w:after="20" w:line="240" w:lineRule="auto"/>
            </w:pPr>
            <w:r>
              <w:rPr>
                <w:rFonts w:ascii="Arial" w:hAnsi="Arial" w:cs="Arial" w:eastAsia="Arial"/>
                <w:b w:val="0"/>
                <w:i w:val="0"/>
                <w:color w:val="333333"/>
                <w:sz w:val="20"/>
              </w:rPr>
              <w:t>$145</w:t>
            </w:r>
          </w:p>
        </w:tc>
        <w:tc>
          <w:tcPr>
            <w:tcW w:type="dxa" w:w="2269"/>
            <w:shd w:val="clear" w:fill="F4F6F8"/>
          </w:tcPr>
          <w:p>
            <w:pPr>
              <w:spacing w:before="20" w:after="20" w:line="240" w:lineRule="auto"/>
            </w:pPr>
            <w:r>
              <w:rPr>
                <w:rFonts w:ascii="Arial" w:hAnsi="Arial" w:cs="Arial" w:eastAsia="Arial"/>
                <w:b w:val="0"/>
                <w:i w:val="0"/>
                <w:color w:val="333333"/>
                <w:sz w:val="20"/>
              </w:rPr>
              <w:t>$145</w:t>
            </w:r>
          </w:p>
        </w:tc>
      </w:tr>
      <w:tr>
        <w:tc>
          <w:tcPr>
            <w:tcW w:type="dxa" w:w="4821"/>
            <w:shd w:val="clear" w:fill="FFFFFF"/>
          </w:tcPr>
          <w:p>
            <w:pPr>
              <w:spacing w:before="20" w:after="20" w:line="240" w:lineRule="auto"/>
            </w:pPr>
            <w:r>
              <w:rPr>
                <w:rFonts w:ascii="Arial" w:hAnsi="Arial" w:cs="Arial" w:eastAsia="Arial"/>
                <w:b/>
                <w:i w:val="0"/>
                <w:color w:val="333333"/>
                <w:sz w:val="20"/>
              </w:rPr>
              <w:t>Contingency reserve (5%)</w:t>
            </w:r>
          </w:p>
        </w:tc>
        <w:tc>
          <w:tcPr>
            <w:tcW w:type="dxa" w:w="2269"/>
            <w:shd w:val="clear" w:fill="FFFFFF"/>
          </w:tcPr>
          <w:p>
            <w:pPr>
              <w:spacing w:before="20" w:after="20" w:line="240" w:lineRule="auto"/>
            </w:pPr>
            <w:r>
              <w:rPr>
                <w:rFonts w:ascii="Arial" w:hAnsi="Arial" w:cs="Arial" w:eastAsia="Arial"/>
                <w:b w:val="0"/>
                <w:i w:val="0"/>
                <w:color w:val="333333"/>
                <w:sz w:val="20"/>
              </w:rPr>
              <w:t>$1,500</w:t>
            </w:r>
          </w:p>
        </w:tc>
        <w:tc>
          <w:tcPr>
            <w:tcW w:type="dxa" w:w="2269"/>
            <w:shd w:val="clear" w:fill="FFFFFF"/>
          </w:tcPr>
          <w:p>
            <w:pPr>
              <w:spacing w:before="20" w:after="20" w:line="240" w:lineRule="auto"/>
            </w:pPr>
            <w:r>
              <w:rPr>
                <w:rFonts w:ascii="Arial" w:hAnsi="Arial" w:cs="Arial" w:eastAsia="Arial"/>
                <w:b w:val="0"/>
                <w:i w:val="0"/>
                <w:color w:val="333333"/>
                <w:sz w:val="20"/>
              </w:rPr>
              <w:t>$2,500</w:t>
            </w:r>
          </w:p>
        </w:tc>
      </w:tr>
      <w:tr>
        <w:tc>
          <w:tcPr>
            <w:tcW w:type="dxa" w:w="4821"/>
            <w:shd w:val="clear" w:fill="F4F6F8"/>
          </w:tcPr>
          <w:p>
            <w:pPr>
              <w:spacing w:before="20" w:after="20" w:line="240" w:lineRule="auto"/>
            </w:pPr>
            <w:r>
              <w:rPr>
                <w:rFonts w:ascii="Arial" w:hAnsi="Arial" w:cs="Arial" w:eastAsia="Arial"/>
                <w:b/>
                <w:i w:val="0"/>
                <w:color w:val="333333"/>
                <w:sz w:val="20"/>
              </w:rPr>
              <w:t>TOTAL EXPENSES</w:t>
            </w:r>
          </w:p>
        </w:tc>
        <w:tc>
          <w:tcPr>
            <w:tcW w:type="dxa" w:w="2269"/>
            <w:shd w:val="clear" w:fill="F4F6F8"/>
          </w:tcPr>
          <w:p>
            <w:pPr>
              <w:spacing w:before="20" w:after="20" w:line="240" w:lineRule="auto"/>
            </w:pPr>
            <w:r>
              <w:rPr>
                <w:rFonts w:ascii="Arial" w:hAnsi="Arial" w:cs="Arial" w:eastAsia="Arial"/>
                <w:b w:val="0"/>
                <w:i w:val="0"/>
                <w:color w:val="333333"/>
                <w:sz w:val="20"/>
              </w:rPr>
              <w:t>$42,645</w:t>
            </w:r>
          </w:p>
        </w:tc>
        <w:tc>
          <w:tcPr>
            <w:tcW w:type="dxa" w:w="2269"/>
            <w:shd w:val="clear" w:fill="F4F6F8"/>
          </w:tcPr>
          <w:p>
            <w:pPr>
              <w:spacing w:before="20" w:after="20" w:line="240" w:lineRule="auto"/>
            </w:pPr>
            <w:r>
              <w:rPr>
                <w:rFonts w:ascii="Arial" w:hAnsi="Arial" w:cs="Arial" w:eastAsia="Arial"/>
                <w:b w:val="0"/>
                <w:i w:val="0"/>
                <w:color w:val="333333"/>
                <w:sz w:val="20"/>
              </w:rPr>
              <w:t>$65,095</w:t>
            </w:r>
          </w:p>
        </w:tc>
      </w:tr>
      <w:tr>
        <w:tc>
          <w:tcPr>
            <w:tcW w:type="dxa" w:w="4821"/>
            <w:shd w:val="clear" w:fill="FFFFFF"/>
          </w:tcPr>
          <w:p>
            <w:pPr>
              <w:spacing w:before="20" w:after="20" w:line="240" w:lineRule="auto"/>
            </w:pPr>
            <w:r>
              <w:rPr>
                <w:rFonts w:ascii="Arial" w:hAnsi="Arial" w:cs="Arial" w:eastAsia="Arial"/>
                <w:b/>
                <w:i w:val="0"/>
                <w:color w:val="333333"/>
                <w:sz w:val="20"/>
              </w:rPr>
              <w:t>NET (to reserve / program expansion)</w:t>
            </w:r>
          </w:p>
        </w:tc>
        <w:tc>
          <w:tcPr>
            <w:tcW w:type="dxa" w:w="2269"/>
            <w:shd w:val="clear" w:fill="FFFFFF"/>
          </w:tcPr>
          <w:p>
            <w:pPr>
              <w:spacing w:before="20" w:after="20" w:line="240" w:lineRule="auto"/>
            </w:pPr>
            <w:r>
              <w:rPr>
                <w:rFonts w:ascii="Arial" w:hAnsi="Arial" w:cs="Arial" w:eastAsia="Arial"/>
                <w:b w:val="0"/>
                <w:i w:val="0"/>
                <w:color w:val="333333"/>
                <w:sz w:val="20"/>
              </w:rPr>
              <w:t>$7,355</w:t>
            </w:r>
          </w:p>
        </w:tc>
        <w:tc>
          <w:tcPr>
            <w:tcW w:type="dxa" w:w="2269"/>
            <w:shd w:val="clear" w:fill="FFFFFF"/>
          </w:tcPr>
          <w:p>
            <w:pPr>
              <w:spacing w:before="20" w:after="20" w:line="240" w:lineRule="auto"/>
            </w:pPr>
            <w:r>
              <w:rPr>
                <w:rFonts w:ascii="Arial" w:hAnsi="Arial" w:cs="Arial" w:eastAsia="Arial"/>
                <w:b w:val="0"/>
                <w:i w:val="0"/>
                <w:color w:val="333333"/>
                <w:sz w:val="20"/>
              </w:rPr>
              <w:t>$9,905</w:t>
            </w:r>
          </w:p>
        </w:tc>
      </w:tr>
    </w:tbl>
    <w:p>
      <w:pPr>
        <w:spacing w:before="0" w:after="80" w:line="240" w:lineRule="auto"/>
      </w:pPr>
    </w:p>
    <w:tbl>
      <w:tblPr>
        <w:tblW w:type="auto" w:w="0"/>
        <w:tblLayout w:type="fixed"/>
        <w:tblLook w:firstColumn="1" w:firstRow="1" w:lastColumn="0" w:lastRow="0" w:noHBand="0" w:noVBand="1" w:val="04A0"/>
        <w:tblBorders>
          <w:top w:val="single" w:color="196F3D" w:sz="8"/>
          <w:left w:val="single" w:color="196F3D" w:sz="8"/>
          <w:bottom w:val="single" w:color="196F3D" w:sz="8"/>
          <w:right w:val="single" w:color="196F3D" w:sz="8"/>
        </w:tblBorders>
      </w:tblPr>
      <w:tblGrid>
        <w:gridCol w:w="10080"/>
      </w:tblGrid>
      <w:tr>
        <w:tc>
          <w:tcPr>
            <w:tcW w:type="dxa" w:w="9360"/>
            <w:shd w:val="clear" w:fill="D5F5E3"/>
            <w:tcBorders>
              <w:top w:val="none" w:color="FFFFFF" w:sz="4"/>
              <w:left w:val="none" w:color="FFFFFF" w:sz="4"/>
              <w:bottom w:val="none" w:color="FFFFFF" w:sz="4"/>
              <w:right w:val="none" w:color="FFFFFF" w:sz="4"/>
            </w:tcBorders>
          </w:tcPr>
          <w:p>
            <w:pPr>
              <w:spacing w:before="0" w:after="60" w:line="240" w:lineRule="auto"/>
            </w:pPr>
            <w:r>
              <w:rPr>
                <w:rFonts w:ascii="Arial" w:hAnsi="Arial" w:cs="Arial" w:eastAsia="Arial"/>
                <w:b/>
                <w:i w:val="0"/>
                <w:color w:val="196F3D"/>
                <w:sz w:val="22"/>
              </w:rPr>
              <w:t>✅  Free Programs = Strongest Possible 501(c)(3) Case</w:t>
            </w:r>
          </w:p>
          <w:p>
            <w:pPr>
              <w:spacing w:before="0" w:after="0" w:line="240" w:lineRule="auto"/>
            </w:pPr>
            <w:r>
              <w:rPr>
                <w:rFonts w:ascii="Arial" w:hAnsi="Arial" w:cs="Arial" w:eastAsia="Arial"/>
                <w:b w:val="0"/>
                <w:i w:val="0"/>
                <w:color w:val="333333"/>
                <w:sz w:val="20"/>
              </w:rPr>
              <w:t>An organization that provides educational services entirely free of charge, funded purely by philanthropy, presents the IRS with an almost textbook public benefit structure. There is no private inurement concern from program fees, no unrelated business income issue, and no 'commercial activity' challenge. Your Form 1023 narrative writes itself. This mission strengthens your application considerably over a fee-based model.</w:t>
            </w:r>
          </w:p>
        </w:tc>
      </w:tr>
    </w:tbl>
    <w:p>
      <w:pPr>
        <w:spacing w:before="0" w:after="60" w:line="240" w:lineRule="auto"/>
      </w:pPr>
    </w:p>
    <w:p>
      <w:pPr>
        <w:spacing w:before="0" w:after="100" w:line="240" w:lineRule="auto"/>
      </w:pPr>
      <w:r>
        <w:rPr>
          <w:rFonts w:ascii="Arial" w:hAnsi="Arial" w:cs="Arial" w:eastAsia="Arial"/>
          <w:b w:val="0"/>
          <w:i w:val="0"/>
          <w:color w:val="333333"/>
          <w:sz w:val="20"/>
        </w:rPr>
        <w:t>Note on boat rental vs. ownership: Renting boats from marina partners is the correct strategy at this revenue level. A single instructional sailboat purchase ($15K–$50K) plus annual maintenance (~10% of value per year) would consume 30–100% of your conservative-scenario budget. Revisit ownership only when annual revenue sustainably exceeds $120K.</w:t>
      </w:r>
    </w:p>
    <w:tbl>
      <w:tblPr>
        <w:tblW w:type="auto" w:w="0"/>
        <w:tblLayout w:type="fixed"/>
        <w:tblLook w:firstColumn="1" w:firstRow="1" w:lastColumn="0" w:lastRow="0" w:noHBand="0" w:noVBand="1" w:val="04A0"/>
        <w:tblBorders>
          <w:top w:val="single" w:color="1A6B7A" w:sz="8"/>
          <w:left w:val="single" w:color="1A6B7A" w:sz="8"/>
          <w:bottom w:val="single" w:color="1A6B7A" w:sz="8"/>
          <w:right w:val="single" w:color="1A6B7A" w:sz="8"/>
        </w:tblBorders>
      </w:tblPr>
      <w:tblGrid>
        <w:gridCol w:w="10080"/>
      </w:tblGrid>
      <w:tr>
        <w:tc>
          <w:tcPr>
            <w:tcW w:type="dxa" w:w="9360"/>
            <w:shd w:val="clear" w:fill="D6EBF2"/>
            <w:tcBorders>
              <w:top w:val="none" w:color="FFFFFF" w:sz="4"/>
              <w:left w:val="none" w:color="FFFFFF" w:sz="4"/>
              <w:bottom w:val="none" w:color="FFFFFF" w:sz="4"/>
              <w:right w:val="none" w:color="FFFFFF" w:sz="4"/>
            </w:tcBorders>
          </w:tcPr>
          <w:p>
            <w:pPr>
              <w:spacing w:before="0" w:after="60" w:line="240" w:lineRule="auto"/>
            </w:pPr>
            <w:r>
              <w:rPr>
                <w:rFonts w:ascii="Arial" w:hAnsi="Arial" w:cs="Arial" w:eastAsia="Arial"/>
                <w:b/>
                <w:i w:val="0"/>
                <w:color w:val="1A6B7A"/>
                <w:sz w:val="22"/>
              </w:rPr>
              <w:t>ℹ  Note on CEO Compensation — Stay Inside the Safe Harbor</w:t>
            </w:r>
          </w:p>
          <w:p>
            <w:pPr>
              <w:spacing w:before="0" w:after="0" w:line="240" w:lineRule="auto"/>
            </w:pPr>
            <w:r>
              <w:rPr>
                <w:rFonts w:ascii="Arial" w:hAnsi="Arial" w:cs="Arial" w:eastAsia="Arial"/>
                <w:b w:val="0"/>
                <w:i w:val="0"/>
                <w:color w:val="333333"/>
                <w:sz w:val="20"/>
              </w:rPr>
              <w:t>A $15K–$18K stipend is on the low end of the IRS's 'reasonable compensation' safe harbor for a working CEO. Document the CEO's role, hours, and comparable salaries via an independent board compensation review, recorded in the minutes. This is your primary protection against an IRS private benefit challenge.</w:t>
            </w:r>
          </w:p>
        </w:tc>
      </w:tr>
    </w:tbl>
    <w:p>
      <w:pPr>
        <w:spacing w:before="0" w:after="60" w:line="240" w:lineRule="auto"/>
      </w:pPr>
    </w:p>
    <w:p>
      <w:pPr>
        <w:spacing w:before="280" w:after="120" w:line="240" w:lineRule="auto"/>
        <w:pBdr>
          <w:bottom w:val="single" w:color="1A6B7A" w:sz="4" w:space="4"/>
        </w:pBdr>
      </w:pPr>
      <w:r>
        <w:rPr>
          <w:rFonts w:ascii="Arial" w:hAnsi="Arial" w:cs="Arial" w:eastAsia="Arial"/>
          <w:b/>
          <w:i w:val="0"/>
          <w:color w:val="1B3557"/>
          <w:sz w:val="36"/>
        </w:rPr>
        <w:t>6. AI-Assisted DIY Playbook</w:t>
      </w:r>
    </w:p>
    <w:p>
      <w:pPr>
        <w:spacing w:before="0" w:after="100" w:line="240" w:lineRule="auto"/>
      </w:pPr>
      <w:r>
        <w:rPr>
          <w:rFonts w:ascii="Arial" w:hAnsi="Arial" w:cs="Arial" w:eastAsia="Arial"/>
          <w:b w:val="0"/>
          <w:i w:val="0"/>
          <w:color w:val="333333"/>
          <w:sz w:val="20"/>
        </w:rPr>
        <w:t>This organization will be formed and operated using AI tools as the primary operational support. The following maps out which tasks AI handles well, which require human judgment, and which require professional review regardless.</w:t>
      </w:r>
    </w:p>
    <w:tbl>
      <w:tblPr>
        <w:tblW w:type="auto" w:w="0"/>
        <w:tblLayout w:type="fixed"/>
        <w:tblLook w:firstColumn="1" w:firstRow="1" w:lastColumn="0" w:lastRow="0" w:noHBand="0" w:noVBand="1" w:val="04A0"/>
        <w:tblBorders>
          <w:top w:val="single" w:color="5B2D8E" w:sz="8"/>
          <w:left w:val="single" w:color="5B2D8E" w:sz="8"/>
          <w:bottom w:val="single" w:color="5B2D8E" w:sz="8"/>
          <w:right w:val="single" w:color="5B2D8E" w:sz="8"/>
        </w:tblBorders>
      </w:tblPr>
      <w:tblGrid>
        <w:gridCol w:w="10080"/>
      </w:tblGrid>
      <w:tr>
        <w:tc>
          <w:tcPr>
            <w:tcW w:type="dxa" w:w="9360"/>
            <w:shd w:val="clear" w:fill="F0EAF8"/>
            <w:tcBorders>
              <w:top w:val="none" w:color="FFFFFF" w:sz="4"/>
              <w:left w:val="none" w:color="FFFFFF" w:sz="4"/>
              <w:bottom w:val="none" w:color="FFFFFF" w:sz="4"/>
              <w:right w:val="none" w:color="FFFFFF" w:sz="4"/>
            </w:tcBorders>
          </w:tcPr>
          <w:p>
            <w:pPr>
              <w:spacing w:before="0" w:after="60" w:line="240" w:lineRule="auto"/>
            </w:pPr>
            <w:r>
              <w:rPr>
                <w:rFonts w:ascii="Arial" w:hAnsi="Arial" w:cs="Arial" w:eastAsia="Arial"/>
                <w:b/>
                <w:i w:val="0"/>
                <w:color w:val="5B2D8E"/>
                <w:sz w:val="22"/>
              </w:rPr>
              <w:t>🤖  AI Can Fully Draft These — Human Review Required Before Filing</w:t>
            </w:r>
          </w:p>
          <w:p>
            <w:pPr>
              <w:spacing w:before="0" w:after="0" w:line="240" w:lineRule="auto"/>
            </w:pPr>
            <w:r>
              <w:rPr>
                <w:rFonts w:ascii="Arial" w:hAnsi="Arial" w:cs="Arial" w:eastAsia="Arial"/>
                <w:b w:val="0"/>
                <w:i w:val="0"/>
                <w:color w:val="333333"/>
                <w:sz w:val="20"/>
              </w:rPr>
              <w:t>Articles of Incorporation (IL NFP Act template + IRS-required clauses), Bylaws (standard nonprofit structure), Conflict of Interest Policy (IRS sample as base), Mission statement and Form 1023 Part IV narrative, Board meeting minutes templates, Job description and compensation justification memo for CEO, Grant proposal templates, Donor acknowledgment letters.</w:t>
            </w:r>
          </w:p>
        </w:tc>
      </w:tr>
    </w:tbl>
    <w:p>
      <w:pPr>
        <w:spacing w:before="0" w:after="60" w:line="240" w:lineRule="auto"/>
      </w:pPr>
    </w:p>
    <w:p>
      <w:pPr>
        <w:spacing w:before="160" w:after="80" w:line="240" w:lineRule="auto"/>
      </w:pPr>
      <w:r>
        <w:rPr>
          <w:rFonts w:ascii="Arial" w:hAnsi="Arial" w:cs="Arial" w:eastAsia="Arial"/>
          <w:b/>
          <w:i w:val="0"/>
          <w:color w:val="1A6B7A"/>
          <w:sz w:val="26"/>
        </w:rPr>
        <w:t>Task-by-Task AI Allocation</w:t>
      </w:r>
    </w:p>
    <w:tbl>
      <w:tblPr>
        <w:tblW w:type="auto" w:w="0"/>
        <w:tblLayout w:type="fixed"/>
        <w:tblLook w:firstColumn="1" w:firstRow="1" w:lastColumn="0" w:lastRow="0" w:noHBand="0" w:noVBand="1" w:val="04A0"/>
        <w:tblBorders>
          <w:top w:val="single" w:color="auto" w:sz="4"/>
          <w:left w:val="single" w:color="auto" w:sz="4"/>
          <w:bottom w:val="single" w:color="auto" w:sz="4"/>
          <w:right w:val="single" w:color="auto" w:sz="4"/>
          <w:insideH w:val="single" w:color="auto" w:sz="4"/>
          <w:insideV w:val="single" w:color="auto" w:sz="4"/>
        </w:tblBorders>
      </w:tblPr>
      <w:tblGrid>
        <w:gridCol w:w="3360"/>
        <w:gridCol w:w="3360"/>
        <w:gridCol w:w="3360"/>
      </w:tblGrid>
      <w:tr>
        <w:tc>
          <w:tcPr>
            <w:tcW w:type="dxa" w:w="3303"/>
            <w:shd w:val="clear" w:fill="1B3557"/>
          </w:tcPr>
          <w:p>
            <w:pPr>
              <w:spacing w:before="20" w:after="20" w:line="240" w:lineRule="auto"/>
            </w:pPr>
            <w:r>
              <w:rPr>
                <w:rFonts w:ascii="Arial" w:hAnsi="Arial" w:cs="Arial" w:eastAsia="Arial"/>
                <w:b/>
                <w:i w:val="0"/>
                <w:color w:val="FFFFFF"/>
                <w:sz w:val="20"/>
              </w:rPr>
              <w:t>Task</w:t>
            </w:r>
          </w:p>
        </w:tc>
        <w:tc>
          <w:tcPr>
            <w:tcW w:type="dxa" w:w="1927"/>
            <w:shd w:val="clear" w:fill="1B3557"/>
          </w:tcPr>
          <w:p>
            <w:pPr>
              <w:spacing w:before="20" w:after="20" w:line="240" w:lineRule="auto"/>
            </w:pPr>
            <w:r>
              <w:rPr>
                <w:rFonts w:ascii="Arial" w:hAnsi="Arial" w:cs="Arial" w:eastAsia="Arial"/>
                <w:b/>
                <w:i w:val="0"/>
                <w:color w:val="FFFFFF"/>
                <w:sz w:val="20"/>
              </w:rPr>
              <w:t>AI Role</w:t>
            </w:r>
          </w:p>
        </w:tc>
        <w:tc>
          <w:tcPr>
            <w:tcW w:type="dxa" w:w="4129"/>
            <w:shd w:val="clear" w:fill="1B3557"/>
          </w:tcPr>
          <w:p>
            <w:pPr>
              <w:spacing w:before="20" w:after="20" w:line="240" w:lineRule="auto"/>
            </w:pPr>
            <w:r>
              <w:rPr>
                <w:rFonts w:ascii="Arial" w:hAnsi="Arial" w:cs="Arial" w:eastAsia="Arial"/>
                <w:b/>
                <w:i w:val="0"/>
                <w:color w:val="FFFFFF"/>
                <w:sz w:val="20"/>
              </w:rPr>
              <w:t>Notes</w:t>
            </w:r>
          </w:p>
        </w:tc>
      </w:tr>
      <w:tr>
        <w:tc>
          <w:tcPr>
            <w:tcW w:type="dxa" w:w="3303"/>
            <w:shd w:val="clear" w:fill="FFFFFF"/>
          </w:tcPr>
          <w:p>
            <w:pPr>
              <w:spacing w:before="20" w:after="20" w:line="240" w:lineRule="auto"/>
            </w:pPr>
            <w:r>
              <w:rPr>
                <w:rFonts w:ascii="Arial" w:hAnsi="Arial" w:cs="Arial" w:eastAsia="Arial"/>
                <w:b/>
                <w:i w:val="0"/>
                <w:color w:val="333333"/>
                <w:sz w:val="20"/>
              </w:rPr>
              <w:t>Draft Articles of Incorporation</w:t>
            </w:r>
          </w:p>
        </w:tc>
        <w:tc>
          <w:tcPr>
            <w:tcW w:type="dxa" w:w="1927"/>
            <w:shd w:val="clear" w:fill="FFFFFF"/>
          </w:tcPr>
          <w:p>
            <w:pPr>
              <w:spacing w:before="20" w:after="20" w:line="240" w:lineRule="auto"/>
            </w:pPr>
            <w:r>
              <w:rPr>
                <w:rFonts w:ascii="Arial" w:hAnsi="Arial" w:cs="Arial" w:eastAsia="Arial"/>
                <w:b w:val="0"/>
                <w:i w:val="0"/>
                <w:color w:val="333333"/>
                <w:sz w:val="20"/>
              </w:rPr>
              <w:t>Full draft</w:t>
            </w:r>
          </w:p>
        </w:tc>
        <w:tc>
          <w:tcPr>
            <w:tcW w:type="dxa" w:w="4129"/>
            <w:shd w:val="clear" w:fill="FFFFFF"/>
          </w:tcPr>
          <w:p>
            <w:pPr>
              <w:spacing w:before="20" w:after="20" w:line="240" w:lineRule="auto"/>
            </w:pPr>
            <w:r>
              <w:rPr>
                <w:rFonts w:ascii="Arial" w:hAnsi="Arial" w:cs="Arial" w:eastAsia="Arial"/>
                <w:b w:val="0"/>
                <w:i w:val="0"/>
                <w:color w:val="333333"/>
                <w:sz w:val="20"/>
              </w:rPr>
              <w:t>Prompt: 'Draft IL NFP Articles with IRS 501(c)(3) purpose, inurement, and dissolution clauses.' Board member reviews before signing.</w:t>
            </w:r>
          </w:p>
        </w:tc>
      </w:tr>
      <w:tr>
        <w:tc>
          <w:tcPr>
            <w:tcW w:type="dxa" w:w="3303"/>
            <w:shd w:val="clear" w:fill="F4F6F8"/>
          </w:tcPr>
          <w:p>
            <w:pPr>
              <w:spacing w:before="20" w:after="20" w:line="240" w:lineRule="auto"/>
            </w:pPr>
            <w:r>
              <w:rPr>
                <w:rFonts w:ascii="Arial" w:hAnsi="Arial" w:cs="Arial" w:eastAsia="Arial"/>
                <w:b/>
                <w:i w:val="0"/>
                <w:color w:val="333333"/>
                <w:sz w:val="20"/>
              </w:rPr>
              <w:t>Draft Bylaws</w:t>
            </w:r>
          </w:p>
        </w:tc>
        <w:tc>
          <w:tcPr>
            <w:tcW w:type="dxa" w:w="1927"/>
            <w:shd w:val="clear" w:fill="F4F6F8"/>
          </w:tcPr>
          <w:p>
            <w:pPr>
              <w:spacing w:before="20" w:after="20" w:line="240" w:lineRule="auto"/>
            </w:pPr>
            <w:r>
              <w:rPr>
                <w:rFonts w:ascii="Arial" w:hAnsi="Arial" w:cs="Arial" w:eastAsia="Arial"/>
                <w:b w:val="0"/>
                <w:i w:val="0"/>
                <w:color w:val="333333"/>
                <w:sz w:val="20"/>
              </w:rPr>
              <w:t>Full draft</w:t>
            </w:r>
          </w:p>
        </w:tc>
        <w:tc>
          <w:tcPr>
            <w:tcW w:type="dxa" w:w="4129"/>
            <w:shd w:val="clear" w:fill="F4F6F8"/>
          </w:tcPr>
          <w:p>
            <w:pPr>
              <w:spacing w:before="20" w:after="20" w:line="240" w:lineRule="auto"/>
            </w:pPr>
            <w:r>
              <w:rPr>
                <w:rFonts w:ascii="Arial" w:hAnsi="Arial" w:cs="Arial" w:eastAsia="Arial"/>
                <w:b w:val="0"/>
                <w:i w:val="0"/>
                <w:color w:val="333333"/>
                <w:sz w:val="20"/>
              </w:rPr>
              <w:t>Prompt AI with: 5-person board, compensated CEO, quorum rules, officer roles, conflict of interest procedures.</w:t>
            </w:r>
          </w:p>
        </w:tc>
      </w:tr>
      <w:tr>
        <w:tc>
          <w:tcPr>
            <w:tcW w:type="dxa" w:w="3303"/>
            <w:shd w:val="clear" w:fill="FFFFFF"/>
          </w:tcPr>
          <w:p>
            <w:pPr>
              <w:spacing w:before="20" w:after="20" w:line="240" w:lineRule="auto"/>
            </w:pPr>
            <w:r>
              <w:rPr>
                <w:rFonts w:ascii="Arial" w:hAnsi="Arial" w:cs="Arial" w:eastAsia="Arial"/>
                <w:b/>
                <w:i w:val="0"/>
                <w:color w:val="333333"/>
                <w:sz w:val="20"/>
              </w:rPr>
              <w:t>EIN application (IRS SS-4)</w:t>
            </w:r>
          </w:p>
        </w:tc>
        <w:tc>
          <w:tcPr>
            <w:tcW w:type="dxa" w:w="1927"/>
            <w:shd w:val="clear" w:fill="FFFFFF"/>
          </w:tcPr>
          <w:p>
            <w:pPr>
              <w:spacing w:before="20" w:after="20" w:line="240" w:lineRule="auto"/>
            </w:pPr>
            <w:r>
              <w:rPr>
                <w:rFonts w:ascii="Arial" w:hAnsi="Arial" w:cs="Arial" w:eastAsia="Arial"/>
                <w:b w:val="0"/>
                <w:i w:val="0"/>
                <w:color w:val="333333"/>
                <w:sz w:val="20"/>
              </w:rPr>
              <w:t>Guidance only</w:t>
            </w:r>
          </w:p>
        </w:tc>
        <w:tc>
          <w:tcPr>
            <w:tcW w:type="dxa" w:w="4129"/>
            <w:shd w:val="clear" w:fill="FFFFFF"/>
          </w:tcPr>
          <w:p>
            <w:pPr>
              <w:spacing w:before="20" w:after="20" w:line="240" w:lineRule="auto"/>
            </w:pPr>
            <w:r>
              <w:rPr>
                <w:rFonts w:ascii="Arial" w:hAnsi="Arial" w:cs="Arial" w:eastAsia="Arial"/>
                <w:b w:val="0"/>
                <w:i w:val="0"/>
                <w:color w:val="333333"/>
                <w:sz w:val="20"/>
              </w:rPr>
              <w:t>You must file this yourself at IRS.gov. AI can walk you through each field.</w:t>
            </w:r>
          </w:p>
        </w:tc>
      </w:tr>
      <w:tr>
        <w:tc>
          <w:tcPr>
            <w:tcW w:type="dxa" w:w="3303"/>
            <w:shd w:val="clear" w:fill="F4F6F8"/>
          </w:tcPr>
          <w:p>
            <w:pPr>
              <w:spacing w:before="20" w:after="20" w:line="240" w:lineRule="auto"/>
            </w:pPr>
            <w:r>
              <w:rPr>
                <w:rFonts w:ascii="Arial" w:hAnsi="Arial" w:cs="Arial" w:eastAsia="Arial"/>
                <w:b/>
                <w:i w:val="0"/>
                <w:color w:val="333333"/>
                <w:sz w:val="20"/>
              </w:rPr>
              <w:t>Form 1023 narrative (Part IV)</w:t>
            </w:r>
          </w:p>
        </w:tc>
        <w:tc>
          <w:tcPr>
            <w:tcW w:type="dxa" w:w="1927"/>
            <w:shd w:val="clear" w:fill="F4F6F8"/>
          </w:tcPr>
          <w:p>
            <w:pPr>
              <w:spacing w:before="20" w:after="20" w:line="240" w:lineRule="auto"/>
            </w:pPr>
            <w:r>
              <w:rPr>
                <w:rFonts w:ascii="Arial" w:hAnsi="Arial" w:cs="Arial" w:eastAsia="Arial"/>
                <w:b w:val="0"/>
                <w:i w:val="0"/>
                <w:color w:val="333333"/>
                <w:sz w:val="20"/>
              </w:rPr>
              <w:t>Full draft</w:t>
            </w:r>
          </w:p>
        </w:tc>
        <w:tc>
          <w:tcPr>
            <w:tcW w:type="dxa" w:w="4129"/>
            <w:shd w:val="clear" w:fill="F4F6F8"/>
          </w:tcPr>
          <w:p>
            <w:pPr>
              <w:spacing w:before="20" w:after="20" w:line="240" w:lineRule="auto"/>
            </w:pPr>
            <w:r>
              <w:rPr>
                <w:rFonts w:ascii="Arial" w:hAnsi="Arial" w:cs="Arial" w:eastAsia="Arial"/>
                <w:b w:val="0"/>
                <w:i w:val="0"/>
                <w:color w:val="333333"/>
                <w:sz w:val="20"/>
              </w:rPr>
              <w:t>Most important section. AI drafts; you refine for accuracy. Be specific: class types, locations, frequency, demographics served.</w:t>
            </w:r>
          </w:p>
        </w:tc>
      </w:tr>
      <w:tr>
        <w:tc>
          <w:tcPr>
            <w:tcW w:type="dxa" w:w="3303"/>
            <w:shd w:val="clear" w:fill="FFFFFF"/>
          </w:tcPr>
          <w:p>
            <w:pPr>
              <w:spacing w:before="20" w:after="20" w:line="240" w:lineRule="auto"/>
            </w:pPr>
            <w:r>
              <w:rPr>
                <w:rFonts w:ascii="Arial" w:hAnsi="Arial" w:cs="Arial" w:eastAsia="Arial"/>
                <w:b/>
                <w:i w:val="0"/>
                <w:color w:val="333333"/>
                <w:sz w:val="20"/>
              </w:rPr>
              <w:t>Form 1023 financial projections (Part IX)</w:t>
            </w:r>
          </w:p>
        </w:tc>
        <w:tc>
          <w:tcPr>
            <w:tcW w:type="dxa" w:w="1927"/>
            <w:shd w:val="clear" w:fill="FFFFFF"/>
          </w:tcPr>
          <w:p>
            <w:pPr>
              <w:spacing w:before="20" w:after="20" w:line="240" w:lineRule="auto"/>
            </w:pPr>
            <w:r>
              <w:rPr>
                <w:rFonts w:ascii="Arial" w:hAnsi="Arial" w:cs="Arial" w:eastAsia="Arial"/>
                <w:b w:val="0"/>
                <w:i w:val="0"/>
                <w:color w:val="333333"/>
                <w:sz w:val="20"/>
              </w:rPr>
              <w:t>Spreadsheet build</w:t>
            </w:r>
          </w:p>
        </w:tc>
        <w:tc>
          <w:tcPr>
            <w:tcW w:type="dxa" w:w="4129"/>
            <w:shd w:val="clear" w:fill="FFFFFF"/>
          </w:tcPr>
          <w:p>
            <w:pPr>
              <w:spacing w:before="20" w:after="20" w:line="240" w:lineRule="auto"/>
            </w:pPr>
            <w:r>
              <w:rPr>
                <w:rFonts w:ascii="Arial" w:hAnsi="Arial" w:cs="Arial" w:eastAsia="Arial"/>
                <w:b w:val="0"/>
                <w:i w:val="0"/>
                <w:color w:val="333333"/>
                <w:sz w:val="20"/>
              </w:rPr>
              <w:t>AI can build the 3-year budget table. You supply the numbers. Must be realistic — IRS flags implausible projections.</w:t>
            </w:r>
          </w:p>
        </w:tc>
      </w:tr>
      <w:tr>
        <w:tc>
          <w:tcPr>
            <w:tcW w:type="dxa" w:w="3303"/>
            <w:shd w:val="clear" w:fill="F4F6F8"/>
          </w:tcPr>
          <w:p>
            <w:pPr>
              <w:spacing w:before="20" w:after="20" w:line="240" w:lineRule="auto"/>
            </w:pPr>
            <w:r>
              <w:rPr>
                <w:rFonts w:ascii="Arial" w:hAnsi="Arial" w:cs="Arial" w:eastAsia="Arial"/>
                <w:b/>
                <w:i w:val="0"/>
                <w:color w:val="333333"/>
                <w:sz w:val="20"/>
              </w:rPr>
              <w:t>IL Form CO-1 (charitable registration)</w:t>
            </w:r>
          </w:p>
        </w:tc>
        <w:tc>
          <w:tcPr>
            <w:tcW w:type="dxa" w:w="1927"/>
            <w:shd w:val="clear" w:fill="F4F6F8"/>
          </w:tcPr>
          <w:p>
            <w:pPr>
              <w:spacing w:before="20" w:after="20" w:line="240" w:lineRule="auto"/>
            </w:pPr>
            <w:r>
              <w:rPr>
                <w:rFonts w:ascii="Arial" w:hAnsi="Arial" w:cs="Arial" w:eastAsia="Arial"/>
                <w:b w:val="0"/>
                <w:i w:val="0"/>
                <w:color w:val="333333"/>
                <w:sz w:val="20"/>
              </w:rPr>
              <w:t>Guidance only</w:t>
            </w:r>
          </w:p>
        </w:tc>
        <w:tc>
          <w:tcPr>
            <w:tcW w:type="dxa" w:w="4129"/>
            <w:shd w:val="clear" w:fill="F4F6F8"/>
          </w:tcPr>
          <w:p>
            <w:pPr>
              <w:spacing w:before="20" w:after="20" w:line="240" w:lineRule="auto"/>
            </w:pPr>
            <w:r>
              <w:rPr>
                <w:rFonts w:ascii="Arial" w:hAnsi="Arial" w:cs="Arial" w:eastAsia="Arial"/>
                <w:b w:val="0"/>
                <w:i w:val="0"/>
                <w:color w:val="333333"/>
                <w:sz w:val="20"/>
              </w:rPr>
              <w:t>Simple 2-page form. AI walks you through it. You file directly at illinoisattorneygeneral.gov.</w:t>
            </w:r>
          </w:p>
        </w:tc>
      </w:tr>
      <w:tr>
        <w:tc>
          <w:tcPr>
            <w:tcW w:type="dxa" w:w="3303"/>
            <w:shd w:val="clear" w:fill="FFFFFF"/>
          </w:tcPr>
          <w:p>
            <w:pPr>
              <w:spacing w:before="20" w:after="20" w:line="240" w:lineRule="auto"/>
            </w:pPr>
            <w:r>
              <w:rPr>
                <w:rFonts w:ascii="Arial" w:hAnsi="Arial" w:cs="Arial" w:eastAsia="Arial"/>
                <w:b/>
                <w:i w:val="0"/>
                <w:color w:val="333333"/>
                <w:sz w:val="20"/>
              </w:rPr>
              <w:t>Annual Form 990-EZ</w:t>
            </w:r>
          </w:p>
        </w:tc>
        <w:tc>
          <w:tcPr>
            <w:tcW w:type="dxa" w:w="1927"/>
            <w:shd w:val="clear" w:fill="FFFFFF"/>
          </w:tcPr>
          <w:p>
            <w:pPr>
              <w:spacing w:before="20" w:after="20" w:line="240" w:lineRule="auto"/>
            </w:pPr>
            <w:r>
              <w:rPr>
                <w:rFonts w:ascii="Arial" w:hAnsi="Arial" w:cs="Arial" w:eastAsia="Arial"/>
                <w:b w:val="0"/>
                <w:i w:val="0"/>
                <w:color w:val="333333"/>
                <w:sz w:val="20"/>
              </w:rPr>
              <w:t>Guidance + review</w:t>
            </w:r>
          </w:p>
        </w:tc>
        <w:tc>
          <w:tcPr>
            <w:tcW w:type="dxa" w:w="4129"/>
            <w:shd w:val="clear" w:fill="FFFFFF"/>
          </w:tcPr>
          <w:p>
            <w:pPr>
              <w:spacing w:before="20" w:after="20" w:line="240" w:lineRule="auto"/>
            </w:pPr>
            <w:r>
              <w:rPr>
                <w:rFonts w:ascii="Arial" w:hAnsi="Arial" w:cs="Arial" w:eastAsia="Arial"/>
                <w:b w:val="0"/>
                <w:i w:val="0"/>
                <w:color w:val="333333"/>
                <w:sz w:val="20"/>
              </w:rPr>
              <w:t>AI assists with each schedule. Wave Accounting exports the data you need. File via IRS e-file system.</w:t>
            </w:r>
          </w:p>
        </w:tc>
      </w:tr>
      <w:tr>
        <w:tc>
          <w:tcPr>
            <w:tcW w:type="dxa" w:w="3303"/>
            <w:shd w:val="clear" w:fill="F4F6F8"/>
          </w:tcPr>
          <w:p>
            <w:pPr>
              <w:spacing w:before="20" w:after="20" w:line="240" w:lineRule="auto"/>
            </w:pPr>
            <w:r>
              <w:rPr>
                <w:rFonts w:ascii="Arial" w:hAnsi="Arial" w:cs="Arial" w:eastAsia="Arial"/>
                <w:b/>
                <w:i w:val="0"/>
                <w:color w:val="333333"/>
                <w:sz w:val="20"/>
              </w:rPr>
              <w:t>Board meeting minutes</w:t>
            </w:r>
          </w:p>
        </w:tc>
        <w:tc>
          <w:tcPr>
            <w:tcW w:type="dxa" w:w="1927"/>
            <w:shd w:val="clear" w:fill="F4F6F8"/>
          </w:tcPr>
          <w:p>
            <w:pPr>
              <w:spacing w:before="20" w:after="20" w:line="240" w:lineRule="auto"/>
            </w:pPr>
            <w:r>
              <w:rPr>
                <w:rFonts w:ascii="Arial" w:hAnsi="Arial" w:cs="Arial" w:eastAsia="Arial"/>
                <w:b w:val="0"/>
                <w:i w:val="0"/>
                <w:color w:val="333333"/>
                <w:sz w:val="20"/>
              </w:rPr>
              <w:t>Full draft</w:t>
            </w:r>
          </w:p>
        </w:tc>
        <w:tc>
          <w:tcPr>
            <w:tcW w:type="dxa" w:w="4129"/>
            <w:shd w:val="clear" w:fill="F4F6F8"/>
          </w:tcPr>
          <w:p>
            <w:pPr>
              <w:spacing w:before="20" w:after="20" w:line="240" w:lineRule="auto"/>
            </w:pPr>
            <w:r>
              <w:rPr>
                <w:rFonts w:ascii="Arial" w:hAnsi="Arial" w:cs="Arial" w:eastAsia="Arial"/>
                <w:b w:val="0"/>
                <w:i w:val="0"/>
                <w:color w:val="333333"/>
                <w:sz w:val="20"/>
              </w:rPr>
              <w:t>AI drafts minutes from your bullet-point notes. Secretary reviews and signs.</w:t>
            </w:r>
          </w:p>
        </w:tc>
      </w:tr>
      <w:tr>
        <w:tc>
          <w:tcPr>
            <w:tcW w:type="dxa" w:w="3303"/>
            <w:shd w:val="clear" w:fill="FFFFFF"/>
          </w:tcPr>
          <w:p>
            <w:pPr>
              <w:spacing w:before="20" w:after="20" w:line="240" w:lineRule="auto"/>
            </w:pPr>
            <w:r>
              <w:rPr>
                <w:rFonts w:ascii="Arial" w:hAnsi="Arial" w:cs="Arial" w:eastAsia="Arial"/>
                <w:b/>
                <w:i w:val="0"/>
                <w:color w:val="333333"/>
                <w:sz w:val="20"/>
              </w:rPr>
              <w:t>Fundraising copy / donor appeals</w:t>
            </w:r>
          </w:p>
        </w:tc>
        <w:tc>
          <w:tcPr>
            <w:tcW w:type="dxa" w:w="1927"/>
            <w:shd w:val="clear" w:fill="FFFFFF"/>
          </w:tcPr>
          <w:p>
            <w:pPr>
              <w:spacing w:before="20" w:after="20" w:line="240" w:lineRule="auto"/>
            </w:pPr>
            <w:r>
              <w:rPr>
                <w:rFonts w:ascii="Arial" w:hAnsi="Arial" w:cs="Arial" w:eastAsia="Arial"/>
                <w:b w:val="0"/>
                <w:i w:val="0"/>
                <w:color w:val="333333"/>
                <w:sz w:val="20"/>
              </w:rPr>
              <w:t>Full draft</w:t>
            </w:r>
          </w:p>
        </w:tc>
        <w:tc>
          <w:tcPr>
            <w:tcW w:type="dxa" w:w="4129"/>
            <w:shd w:val="clear" w:fill="FFFFFF"/>
          </w:tcPr>
          <w:p>
            <w:pPr>
              <w:spacing w:before="20" w:after="20" w:line="240" w:lineRule="auto"/>
            </w:pPr>
            <w:r>
              <w:rPr>
                <w:rFonts w:ascii="Arial" w:hAnsi="Arial" w:cs="Arial" w:eastAsia="Arial"/>
                <w:b w:val="0"/>
                <w:i w:val="0"/>
                <w:color w:val="333333"/>
                <w:sz w:val="20"/>
              </w:rPr>
              <w:t>AI excels here. Provide: target donor profile, mission, specific programs, dollar impact per donation.</w:t>
            </w:r>
          </w:p>
        </w:tc>
      </w:tr>
      <w:tr>
        <w:tc>
          <w:tcPr>
            <w:tcW w:type="dxa" w:w="3303"/>
            <w:shd w:val="clear" w:fill="F4F6F8"/>
          </w:tcPr>
          <w:p>
            <w:pPr>
              <w:spacing w:before="20" w:after="20" w:line="240" w:lineRule="auto"/>
            </w:pPr>
            <w:r>
              <w:rPr>
                <w:rFonts w:ascii="Arial" w:hAnsi="Arial" w:cs="Arial" w:eastAsia="Arial"/>
                <w:b/>
                <w:i w:val="0"/>
                <w:color w:val="333333"/>
                <w:sz w:val="20"/>
              </w:rPr>
              <w:t>Insurance broker selection / quotes</w:t>
            </w:r>
          </w:p>
        </w:tc>
        <w:tc>
          <w:tcPr>
            <w:tcW w:type="dxa" w:w="1927"/>
            <w:shd w:val="clear" w:fill="F4F6F8"/>
          </w:tcPr>
          <w:p>
            <w:pPr>
              <w:spacing w:before="20" w:after="20" w:line="240" w:lineRule="auto"/>
            </w:pPr>
            <w:r>
              <w:rPr>
                <w:rFonts w:ascii="Arial" w:hAnsi="Arial" w:cs="Arial" w:eastAsia="Arial"/>
                <w:b w:val="0"/>
                <w:i w:val="0"/>
                <w:color w:val="333333"/>
                <w:sz w:val="20"/>
              </w:rPr>
              <w:t>Research only</w:t>
            </w:r>
          </w:p>
        </w:tc>
        <w:tc>
          <w:tcPr>
            <w:tcW w:type="dxa" w:w="4129"/>
            <w:shd w:val="clear" w:fill="F4F6F8"/>
          </w:tcPr>
          <w:p>
            <w:pPr>
              <w:spacing w:before="20" w:after="20" w:line="240" w:lineRule="auto"/>
            </w:pPr>
            <w:r>
              <w:rPr>
                <w:rFonts w:ascii="Arial" w:hAnsi="Arial" w:cs="Arial" w:eastAsia="Arial"/>
                <w:b w:val="0"/>
                <w:i w:val="0"/>
                <w:color w:val="333333"/>
                <w:sz w:val="20"/>
              </w:rPr>
              <w:t>AI identifies insurers (West Bend, Markel, Philadelphia). You call and get quotes. Do not skip marine liability — it is not optional.</w:t>
            </w:r>
          </w:p>
        </w:tc>
      </w:tr>
      <w:tr>
        <w:tc>
          <w:tcPr>
            <w:tcW w:type="dxa" w:w="3303"/>
            <w:shd w:val="clear" w:fill="FFFFFF"/>
          </w:tcPr>
          <w:p>
            <w:pPr>
              <w:spacing w:before="20" w:after="20" w:line="240" w:lineRule="auto"/>
            </w:pPr>
            <w:r>
              <w:rPr>
                <w:rFonts w:ascii="Arial" w:hAnsi="Arial" w:cs="Arial" w:eastAsia="Arial"/>
                <w:b/>
                <w:i w:val="0"/>
                <w:color w:val="333333"/>
                <w:sz w:val="20"/>
              </w:rPr>
              <w:t>Instructor contracts</w:t>
            </w:r>
          </w:p>
        </w:tc>
        <w:tc>
          <w:tcPr>
            <w:tcW w:type="dxa" w:w="1927"/>
            <w:shd w:val="clear" w:fill="FFFFFF"/>
          </w:tcPr>
          <w:p>
            <w:pPr>
              <w:spacing w:before="20" w:after="20" w:line="240" w:lineRule="auto"/>
            </w:pPr>
            <w:r>
              <w:rPr>
                <w:rFonts w:ascii="Arial" w:hAnsi="Arial" w:cs="Arial" w:eastAsia="Arial"/>
                <w:b w:val="0"/>
                <w:i w:val="0"/>
                <w:color w:val="333333"/>
                <w:sz w:val="20"/>
              </w:rPr>
              <w:t>Draft only</w:t>
            </w:r>
          </w:p>
        </w:tc>
        <w:tc>
          <w:tcPr>
            <w:tcW w:type="dxa" w:w="4129"/>
            <w:shd w:val="clear" w:fill="FFFFFF"/>
          </w:tcPr>
          <w:p>
            <w:pPr>
              <w:spacing w:before="20" w:after="20" w:line="240" w:lineRule="auto"/>
            </w:pPr>
            <w:r>
              <w:rPr>
                <w:rFonts w:ascii="Arial" w:hAnsi="Arial" w:cs="Arial" w:eastAsia="Arial"/>
                <w:b w:val="0"/>
                <w:i w:val="0"/>
                <w:color w:val="333333"/>
                <w:sz w:val="20"/>
              </w:rPr>
              <w:t>AI drafts independent contractor agreement. Have a human review before signing anyone.</w:t>
            </w:r>
          </w:p>
        </w:tc>
      </w:tr>
    </w:tbl>
    <w:p>
      <w:pPr>
        <w:spacing w:before="0" w:after="80" w:line="240" w:lineRule="auto"/>
      </w:pPr>
    </w:p>
    <w:tbl>
      <w:tblPr>
        <w:tblW w:type="auto" w:w="0"/>
        <w:tblLayout w:type="fixed"/>
        <w:tblLook w:firstColumn="1" w:firstRow="1" w:lastColumn="0" w:lastRow="0" w:noHBand="0" w:noVBand="1" w:val="04A0"/>
        <w:tblBorders>
          <w:top w:val="single" w:color="FFC107" w:sz="8"/>
          <w:left w:val="single" w:color="FFC107" w:sz="8"/>
          <w:bottom w:val="single" w:color="FFC107" w:sz="8"/>
          <w:right w:val="single" w:color="FFC107" w:sz="8"/>
        </w:tblBorders>
      </w:tblPr>
      <w:tblGrid>
        <w:gridCol w:w="10080"/>
      </w:tblGrid>
      <w:tr>
        <w:tc>
          <w:tcPr>
            <w:tcW w:type="dxa" w:w="9360"/>
            <w:shd w:val="clear" w:fill="FFF3CD"/>
            <w:tcBorders>
              <w:top w:val="none" w:color="FFFFFF" w:sz="4"/>
              <w:left w:val="none" w:color="FFFFFF" w:sz="4"/>
              <w:bottom w:val="none" w:color="FFFFFF" w:sz="4"/>
              <w:right w:val="none" w:color="FFFFFF" w:sz="4"/>
            </w:tcBorders>
          </w:tcPr>
          <w:p>
            <w:pPr>
              <w:spacing w:before="0" w:after="60" w:line="240" w:lineRule="auto"/>
            </w:pPr>
            <w:r>
              <w:rPr>
                <w:rFonts w:ascii="Arial" w:hAnsi="Arial" w:cs="Arial" w:eastAsia="Arial"/>
                <w:b/>
                <w:i w:val="0"/>
                <w:color w:val="FFC107"/>
                <w:sz w:val="22"/>
              </w:rPr>
              <w:t>⚠  One Thing AI Cannot Do</w:t>
            </w:r>
          </w:p>
          <w:p>
            <w:pPr>
              <w:spacing w:before="0" w:after="0" w:line="240" w:lineRule="auto"/>
            </w:pPr>
            <w:r>
              <w:rPr>
                <w:rFonts w:ascii="Arial" w:hAnsi="Arial" w:cs="Arial" w:eastAsia="Arial"/>
                <w:b w:val="0"/>
                <w:i w:val="0"/>
                <w:color w:val="333333"/>
                <w:sz w:val="20"/>
              </w:rPr>
              <w:t>AI cannot verify that the specific people you appoint to your board actually meet IRS independence standards in the context of your personal relationships. It cannot review your actual financial history. It cannot make judgment calls in an IRS inquiry. If you receive a Letter 1312 from the IRS (information request during Form 1023 review), strongly consider a one-time consultation with a nonprofit attorney to draft the response. One bad response can derail a 3-month review into an 18-month one.</w:t>
            </w:r>
          </w:p>
        </w:tc>
      </w:tr>
    </w:tbl>
    <w:p>
      <w:pPr>
        <w:spacing w:before="0" w:after="60" w:line="240" w:lineRule="auto"/>
      </w:pPr>
    </w:p>
    <w:p>
      <w:pPr>
        <w:spacing w:before="280" w:after="120" w:line="240" w:lineRule="auto"/>
        <w:pBdr>
          <w:bottom w:val="single" w:color="1A6B7A" w:sz="4" w:space="4"/>
        </w:pBdr>
      </w:pPr>
      <w:r>
        <w:rPr>
          <w:rFonts w:ascii="Arial" w:hAnsi="Arial" w:cs="Arial" w:eastAsia="Arial"/>
          <w:b/>
          <w:i w:val="0"/>
          <w:color w:val="1B3557"/>
          <w:sz w:val="36"/>
        </w:rPr>
        <w:t>7. DIY Tools &amp; Services</w:t>
      </w:r>
    </w:p>
    <w:p>
      <w:pPr>
        <w:spacing w:before="0" w:after="100" w:line="240" w:lineRule="auto"/>
      </w:pPr>
      <w:r>
        <w:rPr>
          <w:rFonts w:ascii="Arial" w:hAnsi="Arial" w:cs="Arial" w:eastAsia="Arial"/>
          <w:b w:val="0"/>
          <w:i w:val="0"/>
          <w:color w:val="333333"/>
          <w:sz w:val="20"/>
        </w:rPr>
        <w:t>AI handles drafting; these tools handle filing, money, and operations. Formation services are optional — the full-DIY path in this guide needs none of them — but they are listed for moments when you want guided help.</w:t>
      </w:r>
    </w:p>
    <w:p>
      <w:pPr>
        <w:spacing w:before="160" w:after="80" w:line="240" w:lineRule="auto"/>
      </w:pPr>
      <w:r>
        <w:rPr>
          <w:rFonts w:ascii="Arial" w:hAnsi="Arial" w:cs="Arial" w:eastAsia="Arial"/>
          <w:b/>
          <w:i w:val="0"/>
          <w:color w:val="1A6B7A"/>
          <w:sz w:val="26"/>
        </w:rPr>
        <w:t>Formation Services (Optional Paid Help)</w:t>
      </w:r>
    </w:p>
    <w:tbl>
      <w:tblPr>
        <w:tblW w:type="auto" w:w="0"/>
        <w:tblLayout w:type="fixed"/>
        <w:tblLook w:firstColumn="1" w:firstRow="1" w:lastColumn="0" w:lastRow="0" w:noHBand="0" w:noVBand="1" w:val="04A0"/>
        <w:tblBorders>
          <w:top w:val="single" w:color="auto" w:sz="4"/>
          <w:left w:val="single" w:color="auto" w:sz="4"/>
          <w:bottom w:val="single" w:color="auto" w:sz="4"/>
          <w:right w:val="single" w:color="auto" w:sz="4"/>
          <w:insideH w:val="single" w:color="auto" w:sz="4"/>
          <w:insideV w:val="single" w:color="auto" w:sz="4"/>
        </w:tblBorders>
      </w:tblPr>
      <w:tblGrid>
        <w:gridCol w:w="3360"/>
        <w:gridCol w:w="3360"/>
        <w:gridCol w:w="3360"/>
      </w:tblGrid>
      <w:tr>
        <w:tc>
          <w:tcPr>
            <w:tcW w:type="dxa" w:w="3120"/>
            <w:shd w:val="clear" w:fill="1B3557"/>
          </w:tcPr>
          <w:p>
            <w:pPr>
              <w:spacing w:before="20" w:after="20" w:line="240" w:lineRule="auto"/>
            </w:pPr>
            <w:r>
              <w:rPr>
                <w:rFonts w:ascii="Arial" w:hAnsi="Arial" w:cs="Arial" w:eastAsia="Arial"/>
                <w:b/>
                <w:i w:val="0"/>
                <w:color w:val="FFFFFF"/>
                <w:sz w:val="20"/>
              </w:rPr>
              <w:t>Service</w:t>
            </w:r>
          </w:p>
        </w:tc>
        <w:tc>
          <w:tcPr>
            <w:tcW w:type="dxa" w:w="1701"/>
            <w:shd w:val="clear" w:fill="1B3557"/>
          </w:tcPr>
          <w:p>
            <w:pPr>
              <w:spacing w:before="20" w:after="20" w:line="240" w:lineRule="auto"/>
            </w:pPr>
            <w:r>
              <w:rPr>
                <w:rFonts w:ascii="Arial" w:hAnsi="Arial" w:cs="Arial" w:eastAsia="Arial"/>
                <w:b/>
                <w:i w:val="0"/>
                <w:color w:val="FFFFFF"/>
                <w:sz w:val="20"/>
              </w:rPr>
              <w:t>Cost</w:t>
            </w:r>
          </w:p>
        </w:tc>
        <w:tc>
          <w:tcPr>
            <w:tcW w:type="dxa" w:w="4538"/>
            <w:shd w:val="clear" w:fill="1B3557"/>
          </w:tcPr>
          <w:p>
            <w:pPr>
              <w:spacing w:before="20" w:after="20" w:line="240" w:lineRule="auto"/>
            </w:pPr>
            <w:r>
              <w:rPr>
                <w:rFonts w:ascii="Arial" w:hAnsi="Arial" w:cs="Arial" w:eastAsia="Arial"/>
                <w:b/>
                <w:i w:val="0"/>
                <w:color w:val="FFFFFF"/>
                <w:sz w:val="20"/>
              </w:rPr>
              <w:t>Use</w:t>
            </w:r>
          </w:p>
        </w:tc>
      </w:tr>
      <w:tr>
        <w:tc>
          <w:tcPr>
            <w:tcW w:type="dxa" w:w="3120"/>
            <w:shd w:val="clear" w:fill="FFFFFF"/>
          </w:tcPr>
          <w:p>
            <w:pPr>
              <w:spacing w:before="20" w:after="20" w:line="240" w:lineRule="auto"/>
            </w:pPr>
            <w:r>
              <w:rPr>
                <w:rFonts w:ascii="Arial" w:hAnsi="Arial" w:cs="Arial" w:eastAsia="Arial"/>
                <w:b/>
                <w:i w:val="0"/>
                <w:color w:val="333333"/>
                <w:sz w:val="20"/>
              </w:rPr>
              <w:t>Foundation Group (501c3.org)</w:t>
            </w:r>
          </w:p>
        </w:tc>
        <w:tc>
          <w:tcPr>
            <w:tcW w:type="dxa" w:w="1701"/>
            <w:shd w:val="clear" w:fill="FFFFFF"/>
          </w:tcPr>
          <w:p>
            <w:pPr>
              <w:spacing w:before="20" w:after="20" w:line="240" w:lineRule="auto"/>
            </w:pPr>
            <w:r>
              <w:rPr>
                <w:rFonts w:ascii="Arial" w:hAnsi="Arial" w:cs="Arial" w:eastAsia="Arial"/>
                <w:b w:val="0"/>
                <w:i w:val="0"/>
                <w:color w:val="333333"/>
                <w:sz w:val="20"/>
              </w:rPr>
              <w:t>$595–$1,695</w:t>
            </w:r>
          </w:p>
        </w:tc>
        <w:tc>
          <w:tcPr>
            <w:tcW w:type="dxa" w:w="4538"/>
            <w:shd w:val="clear" w:fill="FFFFFF"/>
          </w:tcPr>
          <w:p>
            <w:pPr>
              <w:spacing w:before="20" w:after="20" w:line="240" w:lineRule="auto"/>
            </w:pPr>
            <w:r>
              <w:rPr>
                <w:rFonts w:ascii="Arial" w:hAnsi="Arial" w:cs="Arial" w:eastAsia="Arial"/>
                <w:b w:val="0"/>
                <w:i w:val="0"/>
                <w:color w:val="333333"/>
                <w:sz w:val="20"/>
              </w:rPr>
              <w:t>Full-service nonprofit formation including Form 1023 prep, if you want guided help.</w:t>
            </w:r>
          </w:p>
        </w:tc>
      </w:tr>
      <w:tr>
        <w:tc>
          <w:tcPr>
            <w:tcW w:type="dxa" w:w="3120"/>
            <w:shd w:val="clear" w:fill="F4F6F8"/>
          </w:tcPr>
          <w:p>
            <w:pPr>
              <w:spacing w:before="20" w:after="20" w:line="240" w:lineRule="auto"/>
            </w:pPr>
            <w:r>
              <w:rPr>
                <w:rFonts w:ascii="Arial" w:hAnsi="Arial" w:cs="Arial" w:eastAsia="Arial"/>
                <w:b/>
                <w:i w:val="0"/>
                <w:color w:val="333333"/>
                <w:sz w:val="20"/>
              </w:rPr>
              <w:t>Harbor Compliance</w:t>
            </w:r>
          </w:p>
        </w:tc>
        <w:tc>
          <w:tcPr>
            <w:tcW w:type="dxa" w:w="1701"/>
            <w:shd w:val="clear" w:fill="F4F6F8"/>
          </w:tcPr>
          <w:p>
            <w:pPr>
              <w:spacing w:before="20" w:after="20" w:line="240" w:lineRule="auto"/>
            </w:pPr>
            <w:r>
              <w:rPr>
                <w:rFonts w:ascii="Arial" w:hAnsi="Arial" w:cs="Arial" w:eastAsia="Arial"/>
                <w:b w:val="0"/>
                <w:i w:val="0"/>
                <w:color w:val="333333"/>
                <w:sz w:val="20"/>
              </w:rPr>
              <w:t>$99–$999+</w:t>
            </w:r>
          </w:p>
        </w:tc>
        <w:tc>
          <w:tcPr>
            <w:tcW w:type="dxa" w:w="4538"/>
            <w:shd w:val="clear" w:fill="F4F6F8"/>
          </w:tcPr>
          <w:p>
            <w:pPr>
              <w:spacing w:before="20" w:after="20" w:line="240" w:lineRule="auto"/>
            </w:pPr>
            <w:r>
              <w:rPr>
                <w:rFonts w:ascii="Arial" w:hAnsi="Arial" w:cs="Arial" w:eastAsia="Arial"/>
                <w:b w:val="0"/>
                <w:i w:val="0"/>
                <w:color w:val="333333"/>
                <w:sz w:val="20"/>
              </w:rPr>
              <w:t>Compliance management and charitable registrations across states. Useful once you fundraise multi-state.</w:t>
            </w:r>
          </w:p>
        </w:tc>
      </w:tr>
      <w:tr>
        <w:tc>
          <w:tcPr>
            <w:tcW w:type="dxa" w:w="3120"/>
            <w:shd w:val="clear" w:fill="FFFFFF"/>
          </w:tcPr>
          <w:p>
            <w:pPr>
              <w:spacing w:before="20" w:after="20" w:line="240" w:lineRule="auto"/>
            </w:pPr>
            <w:r>
              <w:rPr>
                <w:rFonts w:ascii="Arial" w:hAnsi="Arial" w:cs="Arial" w:eastAsia="Arial"/>
                <w:b/>
                <w:i w:val="0"/>
                <w:color w:val="333333"/>
                <w:sz w:val="20"/>
              </w:rPr>
              <w:t>Northwest Registered Agent</w:t>
            </w:r>
          </w:p>
        </w:tc>
        <w:tc>
          <w:tcPr>
            <w:tcW w:type="dxa" w:w="1701"/>
            <w:shd w:val="clear" w:fill="FFFFFF"/>
          </w:tcPr>
          <w:p>
            <w:pPr>
              <w:spacing w:before="20" w:after="20" w:line="240" w:lineRule="auto"/>
            </w:pPr>
            <w:r>
              <w:rPr>
                <w:rFonts w:ascii="Arial" w:hAnsi="Arial" w:cs="Arial" w:eastAsia="Arial"/>
                <w:b w:val="0"/>
                <w:i w:val="0"/>
                <w:color w:val="333333"/>
                <w:sz w:val="20"/>
              </w:rPr>
              <w:t>$39–$125/yr</w:t>
            </w:r>
          </w:p>
        </w:tc>
        <w:tc>
          <w:tcPr>
            <w:tcW w:type="dxa" w:w="4538"/>
            <w:shd w:val="clear" w:fill="FFFFFF"/>
          </w:tcPr>
          <w:p>
            <w:pPr>
              <w:spacing w:before="20" w:after="20" w:line="240" w:lineRule="auto"/>
            </w:pPr>
            <w:r>
              <w:rPr>
                <w:rFonts w:ascii="Arial" w:hAnsi="Arial" w:cs="Arial" w:eastAsia="Arial"/>
                <w:b w:val="0"/>
                <w:i w:val="0"/>
                <w:color w:val="333333"/>
                <w:sz w:val="20"/>
              </w:rPr>
              <w:t>Registered agent service — only needed if you ever incorporate or operate out of state. Not required for IL-based formation.</w:t>
            </w:r>
          </w:p>
        </w:tc>
      </w:tr>
    </w:tbl>
    <w:p>
      <w:pPr>
        <w:spacing w:before="0" w:after="80" w:line="240" w:lineRule="auto"/>
      </w:pPr>
    </w:p>
    <w:p>
      <w:pPr>
        <w:spacing w:before="160" w:after="80" w:line="240" w:lineRule="auto"/>
      </w:pPr>
      <w:r>
        <w:rPr>
          <w:rFonts w:ascii="Arial" w:hAnsi="Arial" w:cs="Arial" w:eastAsia="Arial"/>
          <w:b/>
          <w:i w:val="0"/>
          <w:color w:val="1A6B7A"/>
          <w:sz w:val="26"/>
        </w:rPr>
        <w:t>Operations Tools</w:t>
      </w:r>
    </w:p>
    <w:tbl>
      <w:tblPr>
        <w:tblW w:type="auto" w:w="0"/>
        <w:tblLayout w:type="fixed"/>
        <w:tblLook w:firstColumn="1" w:firstRow="1" w:lastColumn="0" w:lastRow="0" w:noHBand="0" w:noVBand="1" w:val="04A0"/>
        <w:tblBorders>
          <w:top w:val="single" w:color="auto" w:sz="4"/>
          <w:left w:val="single" w:color="auto" w:sz="4"/>
          <w:bottom w:val="single" w:color="auto" w:sz="4"/>
          <w:right w:val="single" w:color="auto" w:sz="4"/>
          <w:insideH w:val="single" w:color="auto" w:sz="4"/>
          <w:insideV w:val="single" w:color="auto" w:sz="4"/>
        </w:tblBorders>
      </w:tblPr>
      <w:tblGrid>
        <w:gridCol w:w="3360"/>
        <w:gridCol w:w="3360"/>
        <w:gridCol w:w="3360"/>
      </w:tblGrid>
      <w:tr>
        <w:tc>
          <w:tcPr>
            <w:tcW w:type="dxa" w:w="3120"/>
            <w:shd w:val="clear" w:fill="1B3557"/>
          </w:tcPr>
          <w:p>
            <w:pPr>
              <w:spacing w:before="20" w:after="20" w:line="240" w:lineRule="auto"/>
            </w:pPr>
            <w:r>
              <w:rPr>
                <w:rFonts w:ascii="Arial" w:hAnsi="Arial" w:cs="Arial" w:eastAsia="Arial"/>
                <w:b/>
                <w:i w:val="0"/>
                <w:color w:val="FFFFFF"/>
                <w:sz w:val="20"/>
              </w:rPr>
              <w:t>Tool / Service</w:t>
            </w:r>
          </w:p>
        </w:tc>
        <w:tc>
          <w:tcPr>
            <w:tcW w:type="dxa" w:w="1701"/>
            <w:shd w:val="clear" w:fill="1B3557"/>
          </w:tcPr>
          <w:p>
            <w:pPr>
              <w:spacing w:before="20" w:after="20" w:line="240" w:lineRule="auto"/>
            </w:pPr>
            <w:r>
              <w:rPr>
                <w:rFonts w:ascii="Arial" w:hAnsi="Arial" w:cs="Arial" w:eastAsia="Arial"/>
                <w:b/>
                <w:i w:val="0"/>
                <w:color w:val="FFFFFF"/>
                <w:sz w:val="20"/>
              </w:rPr>
              <w:t>Cost</w:t>
            </w:r>
          </w:p>
        </w:tc>
        <w:tc>
          <w:tcPr>
            <w:tcW w:type="dxa" w:w="4538"/>
            <w:shd w:val="clear" w:fill="1B3557"/>
          </w:tcPr>
          <w:p>
            <w:pPr>
              <w:spacing w:before="20" w:after="20" w:line="240" w:lineRule="auto"/>
            </w:pPr>
            <w:r>
              <w:rPr>
                <w:rFonts w:ascii="Arial" w:hAnsi="Arial" w:cs="Arial" w:eastAsia="Arial"/>
                <w:b/>
                <w:i w:val="0"/>
                <w:color w:val="FFFFFF"/>
                <w:sz w:val="20"/>
              </w:rPr>
              <w:t>Use</w:t>
            </w:r>
          </w:p>
        </w:tc>
      </w:tr>
      <w:tr>
        <w:tc>
          <w:tcPr>
            <w:tcW w:type="dxa" w:w="3120"/>
            <w:shd w:val="clear" w:fill="FFFFFF"/>
          </w:tcPr>
          <w:p>
            <w:pPr>
              <w:spacing w:before="20" w:after="20" w:line="240" w:lineRule="auto"/>
            </w:pPr>
            <w:r>
              <w:rPr>
                <w:rFonts w:ascii="Arial" w:hAnsi="Arial" w:cs="Arial" w:eastAsia="Arial"/>
                <w:b/>
                <w:i w:val="0"/>
                <w:color w:val="333333"/>
                <w:sz w:val="20"/>
              </w:rPr>
              <w:t>Zeffy</w:t>
            </w:r>
          </w:p>
        </w:tc>
        <w:tc>
          <w:tcPr>
            <w:tcW w:type="dxa" w:w="1701"/>
            <w:shd w:val="clear" w:fill="FFFFFF"/>
          </w:tcPr>
          <w:p>
            <w:pPr>
              <w:spacing w:before="20" w:after="20" w:line="240" w:lineRule="auto"/>
            </w:pPr>
            <w:r>
              <w:rPr>
                <w:rFonts w:ascii="Arial" w:hAnsi="Arial" w:cs="Arial" w:eastAsia="Arial"/>
                <w:b w:val="0"/>
                <w:i w:val="0"/>
                <w:color w:val="333333"/>
                <w:sz w:val="20"/>
              </w:rPr>
              <w:t>FREE</w:t>
            </w:r>
          </w:p>
        </w:tc>
        <w:tc>
          <w:tcPr>
            <w:tcW w:type="dxa" w:w="4538"/>
            <w:shd w:val="clear" w:fill="FFFFFF"/>
          </w:tcPr>
          <w:p>
            <w:pPr>
              <w:spacing w:before="20" w:after="20" w:line="240" w:lineRule="auto"/>
            </w:pPr>
            <w:r>
              <w:rPr>
                <w:rFonts w:ascii="Arial" w:hAnsi="Arial" w:cs="Arial" w:eastAsia="Arial"/>
                <w:b w:val="0"/>
                <w:i w:val="0"/>
                <w:color w:val="333333"/>
                <w:sz w:val="20"/>
              </w:rPr>
              <w:t>Donation platform with 0% platform fees for nonprofits. Best free option.</w:t>
            </w:r>
          </w:p>
        </w:tc>
      </w:tr>
      <w:tr>
        <w:tc>
          <w:tcPr>
            <w:tcW w:type="dxa" w:w="3120"/>
            <w:shd w:val="clear" w:fill="F4F6F8"/>
          </w:tcPr>
          <w:p>
            <w:pPr>
              <w:spacing w:before="20" w:after="20" w:line="240" w:lineRule="auto"/>
            </w:pPr>
            <w:r>
              <w:rPr>
                <w:rFonts w:ascii="Arial" w:hAnsi="Arial" w:cs="Arial" w:eastAsia="Arial"/>
                <w:b/>
                <w:i w:val="0"/>
                <w:color w:val="333333"/>
                <w:sz w:val="20"/>
              </w:rPr>
              <w:t>Givebutter / Donorbox</w:t>
            </w:r>
          </w:p>
        </w:tc>
        <w:tc>
          <w:tcPr>
            <w:tcW w:type="dxa" w:w="1701"/>
            <w:shd w:val="clear" w:fill="F4F6F8"/>
          </w:tcPr>
          <w:p>
            <w:pPr>
              <w:spacing w:before="20" w:after="20" w:line="240" w:lineRule="auto"/>
            </w:pPr>
            <w:r>
              <w:rPr>
                <w:rFonts w:ascii="Arial" w:hAnsi="Arial" w:cs="Arial" w:eastAsia="Arial"/>
                <w:b w:val="0"/>
                <w:i w:val="0"/>
                <w:color w:val="333333"/>
                <w:sz w:val="20"/>
              </w:rPr>
              <w:t>Free–$99/mo</w:t>
            </w:r>
          </w:p>
        </w:tc>
        <w:tc>
          <w:tcPr>
            <w:tcW w:type="dxa" w:w="4538"/>
            <w:shd w:val="clear" w:fill="F4F6F8"/>
          </w:tcPr>
          <w:p>
            <w:pPr>
              <w:spacing w:before="20" w:after="20" w:line="240" w:lineRule="auto"/>
            </w:pPr>
            <w:r>
              <w:rPr>
                <w:rFonts w:ascii="Arial" w:hAnsi="Arial" w:cs="Arial" w:eastAsia="Arial"/>
                <w:b w:val="0"/>
                <w:i w:val="0"/>
                <w:color w:val="333333"/>
                <w:sz w:val="20"/>
              </w:rPr>
              <w:t>Online fundraising, peer-to-peer campaigns, recurring donations.</w:t>
            </w:r>
          </w:p>
        </w:tc>
      </w:tr>
      <w:tr>
        <w:tc>
          <w:tcPr>
            <w:tcW w:type="dxa" w:w="3120"/>
            <w:shd w:val="clear" w:fill="FFFFFF"/>
          </w:tcPr>
          <w:p>
            <w:pPr>
              <w:spacing w:before="20" w:after="20" w:line="240" w:lineRule="auto"/>
            </w:pPr>
            <w:r>
              <w:rPr>
                <w:rFonts w:ascii="Arial" w:hAnsi="Arial" w:cs="Arial" w:eastAsia="Arial"/>
                <w:b/>
                <w:i w:val="0"/>
                <w:color w:val="333333"/>
                <w:sz w:val="20"/>
              </w:rPr>
              <w:t>Wave Accounting</w:t>
            </w:r>
          </w:p>
        </w:tc>
        <w:tc>
          <w:tcPr>
            <w:tcW w:type="dxa" w:w="1701"/>
            <w:shd w:val="clear" w:fill="FFFFFF"/>
          </w:tcPr>
          <w:p>
            <w:pPr>
              <w:spacing w:before="20" w:after="20" w:line="240" w:lineRule="auto"/>
            </w:pPr>
            <w:r>
              <w:rPr>
                <w:rFonts w:ascii="Arial" w:hAnsi="Arial" w:cs="Arial" w:eastAsia="Arial"/>
                <w:b w:val="0"/>
                <w:i w:val="0"/>
                <w:color w:val="333333"/>
                <w:sz w:val="20"/>
              </w:rPr>
              <w:t>FREE</w:t>
            </w:r>
          </w:p>
        </w:tc>
        <w:tc>
          <w:tcPr>
            <w:tcW w:type="dxa" w:w="4538"/>
            <w:shd w:val="clear" w:fill="FFFFFF"/>
          </w:tcPr>
          <w:p>
            <w:pPr>
              <w:spacing w:before="20" w:after="20" w:line="240" w:lineRule="auto"/>
            </w:pPr>
            <w:r>
              <w:rPr>
                <w:rFonts w:ascii="Arial" w:hAnsi="Arial" w:cs="Arial" w:eastAsia="Arial"/>
                <w:b w:val="0"/>
                <w:i w:val="0"/>
                <w:color w:val="333333"/>
                <w:sz w:val="20"/>
              </w:rPr>
              <w:t>Free bookkeeping. Adequate for &lt;$100K orgs. Sufficient for 990-EZ prep.</w:t>
            </w:r>
          </w:p>
        </w:tc>
      </w:tr>
      <w:tr>
        <w:tc>
          <w:tcPr>
            <w:tcW w:type="dxa" w:w="3120"/>
            <w:shd w:val="clear" w:fill="F4F6F8"/>
          </w:tcPr>
          <w:p>
            <w:pPr>
              <w:spacing w:before="20" w:after="20" w:line="240" w:lineRule="auto"/>
            </w:pPr>
            <w:r>
              <w:rPr>
                <w:rFonts w:ascii="Arial" w:hAnsi="Arial" w:cs="Arial" w:eastAsia="Arial"/>
                <w:b/>
                <w:i w:val="0"/>
                <w:color w:val="333333"/>
                <w:sz w:val="20"/>
              </w:rPr>
              <w:t>Aplos</w:t>
            </w:r>
          </w:p>
        </w:tc>
        <w:tc>
          <w:tcPr>
            <w:tcW w:type="dxa" w:w="1701"/>
            <w:shd w:val="clear" w:fill="F4F6F8"/>
          </w:tcPr>
          <w:p>
            <w:pPr>
              <w:spacing w:before="20" w:after="20" w:line="240" w:lineRule="auto"/>
            </w:pPr>
            <w:r>
              <w:rPr>
                <w:rFonts w:ascii="Arial" w:hAnsi="Arial" w:cs="Arial" w:eastAsia="Arial"/>
                <w:b w:val="0"/>
                <w:i w:val="0"/>
                <w:color w:val="333333"/>
                <w:sz w:val="20"/>
              </w:rPr>
              <w:t>$59/mo</w:t>
            </w:r>
          </w:p>
        </w:tc>
        <w:tc>
          <w:tcPr>
            <w:tcW w:type="dxa" w:w="4538"/>
            <w:shd w:val="clear" w:fill="F4F6F8"/>
          </w:tcPr>
          <w:p>
            <w:pPr>
              <w:spacing w:before="20" w:after="20" w:line="240" w:lineRule="auto"/>
            </w:pPr>
            <w:r>
              <w:rPr>
                <w:rFonts w:ascii="Arial" w:hAnsi="Arial" w:cs="Arial" w:eastAsia="Arial"/>
                <w:b w:val="0"/>
                <w:i w:val="0"/>
                <w:color w:val="333333"/>
                <w:sz w:val="20"/>
              </w:rPr>
              <w:t>Purpose-built nonprofit accounting. Fund accounting, donor tracking, 990 export.</w:t>
            </w:r>
          </w:p>
        </w:tc>
      </w:tr>
      <w:tr>
        <w:tc>
          <w:tcPr>
            <w:tcW w:type="dxa" w:w="3120"/>
            <w:shd w:val="clear" w:fill="FFFFFF"/>
          </w:tcPr>
          <w:p>
            <w:pPr>
              <w:spacing w:before="20" w:after="20" w:line="240" w:lineRule="auto"/>
            </w:pPr>
            <w:r>
              <w:rPr>
                <w:rFonts w:ascii="Arial" w:hAnsi="Arial" w:cs="Arial" w:eastAsia="Arial"/>
                <w:b/>
                <w:i w:val="0"/>
                <w:color w:val="333333"/>
                <w:sz w:val="20"/>
              </w:rPr>
              <w:t>Google Workspace for Nonprofits</w:t>
            </w:r>
          </w:p>
        </w:tc>
        <w:tc>
          <w:tcPr>
            <w:tcW w:type="dxa" w:w="1701"/>
            <w:shd w:val="clear" w:fill="FFFFFF"/>
          </w:tcPr>
          <w:p>
            <w:pPr>
              <w:spacing w:before="20" w:after="20" w:line="240" w:lineRule="auto"/>
            </w:pPr>
            <w:r>
              <w:rPr>
                <w:rFonts w:ascii="Arial" w:hAnsi="Arial" w:cs="Arial" w:eastAsia="Arial"/>
                <w:b w:val="0"/>
                <w:i w:val="0"/>
                <w:color w:val="333333"/>
                <w:sz w:val="20"/>
              </w:rPr>
              <w:t>FREE</w:t>
            </w:r>
          </w:p>
        </w:tc>
        <w:tc>
          <w:tcPr>
            <w:tcW w:type="dxa" w:w="4538"/>
            <w:shd w:val="clear" w:fill="FFFFFF"/>
          </w:tcPr>
          <w:p>
            <w:pPr>
              <w:spacing w:before="20" w:after="20" w:line="240" w:lineRule="auto"/>
            </w:pPr>
            <w:r>
              <w:rPr>
                <w:rFonts w:ascii="Arial" w:hAnsi="Arial" w:cs="Arial" w:eastAsia="Arial"/>
                <w:b w:val="0"/>
                <w:i w:val="0"/>
                <w:color w:val="333333"/>
                <w:sz w:val="20"/>
              </w:rPr>
              <w:t>Free email, Drive, and docs for 501(c)(3)s via the Google for Nonprofits program.</w:t>
            </w:r>
          </w:p>
        </w:tc>
      </w:tr>
      <w:tr>
        <w:tc>
          <w:tcPr>
            <w:tcW w:type="dxa" w:w="3120"/>
            <w:shd w:val="clear" w:fill="F4F6F8"/>
          </w:tcPr>
          <w:p>
            <w:pPr>
              <w:spacing w:before="20" w:after="20" w:line="240" w:lineRule="auto"/>
            </w:pPr>
            <w:r>
              <w:rPr>
                <w:rFonts w:ascii="Arial" w:hAnsi="Arial" w:cs="Arial" w:eastAsia="Arial"/>
                <w:b/>
                <w:i w:val="0"/>
                <w:color w:val="333333"/>
                <w:sz w:val="20"/>
              </w:rPr>
              <w:t>Canva for Nonprofits</w:t>
            </w:r>
          </w:p>
        </w:tc>
        <w:tc>
          <w:tcPr>
            <w:tcW w:type="dxa" w:w="1701"/>
            <w:shd w:val="clear" w:fill="F4F6F8"/>
          </w:tcPr>
          <w:p>
            <w:pPr>
              <w:spacing w:before="20" w:after="20" w:line="240" w:lineRule="auto"/>
            </w:pPr>
            <w:r>
              <w:rPr>
                <w:rFonts w:ascii="Arial" w:hAnsi="Arial" w:cs="Arial" w:eastAsia="Arial"/>
                <w:b w:val="0"/>
                <w:i w:val="0"/>
                <w:color w:val="333333"/>
                <w:sz w:val="20"/>
              </w:rPr>
              <w:t>FREE</w:t>
            </w:r>
          </w:p>
        </w:tc>
        <w:tc>
          <w:tcPr>
            <w:tcW w:type="dxa" w:w="4538"/>
            <w:shd w:val="clear" w:fill="F4F6F8"/>
          </w:tcPr>
          <w:p>
            <w:pPr>
              <w:spacing w:before="20" w:after="20" w:line="240" w:lineRule="auto"/>
            </w:pPr>
            <w:r>
              <w:rPr>
                <w:rFonts w:ascii="Arial" w:hAnsi="Arial" w:cs="Arial" w:eastAsia="Arial"/>
                <w:b w:val="0"/>
                <w:i w:val="0"/>
                <w:color w:val="333333"/>
                <w:sz w:val="20"/>
              </w:rPr>
              <w:t>Free Pro tier for marketing materials, social media, outreach design.</w:t>
            </w:r>
          </w:p>
        </w:tc>
      </w:tr>
    </w:tbl>
    <w:p>
      <w:pPr>
        <w:spacing w:before="0" w:after="80" w:line="240" w:lineRule="auto"/>
      </w:pPr>
    </w:p>
    <w:p>
      <w:pPr>
        <w:spacing w:before="280" w:after="120" w:line="240" w:lineRule="auto"/>
        <w:pBdr>
          <w:bottom w:val="single" w:color="1A6B7A" w:sz="4" w:space="4"/>
        </w:pBdr>
      </w:pPr>
      <w:r>
        <w:rPr>
          <w:rFonts w:ascii="Arial" w:hAnsi="Arial" w:cs="Arial" w:eastAsia="Arial"/>
          <w:b/>
          <w:i w:val="0"/>
          <w:color w:val="1B3557"/>
          <w:sz w:val="36"/>
        </w:rPr>
        <w:t>8. Timeline</w:t>
      </w:r>
    </w:p>
    <w:tbl>
      <w:tblPr>
        <w:tblW w:type="auto" w:w="0"/>
        <w:tblLayout w:type="fixed"/>
        <w:tblLook w:firstColumn="1" w:firstRow="1" w:lastColumn="0" w:lastRow="0" w:noHBand="0" w:noVBand="1" w:val="04A0"/>
        <w:tblBorders>
          <w:top w:val="single" w:color="auto" w:sz="4"/>
          <w:left w:val="single" w:color="auto" w:sz="4"/>
          <w:bottom w:val="single" w:color="auto" w:sz="4"/>
          <w:right w:val="single" w:color="auto" w:sz="4"/>
          <w:insideH w:val="single" w:color="auto" w:sz="4"/>
          <w:insideV w:val="single" w:color="auto" w:sz="4"/>
        </w:tblBorders>
      </w:tblPr>
      <w:tblGrid>
        <w:gridCol w:w="3360"/>
        <w:gridCol w:w="3360"/>
        <w:gridCol w:w="3360"/>
      </w:tblGrid>
      <w:tr>
        <w:tc>
          <w:tcPr>
            <w:tcW w:type="dxa" w:w="1872"/>
            <w:shd w:val="clear" w:fill="1B3557"/>
          </w:tcPr>
          <w:p>
            <w:pPr>
              <w:spacing w:before="20" w:after="20" w:line="240" w:lineRule="auto"/>
            </w:pPr>
            <w:r>
              <w:rPr>
                <w:rFonts w:ascii="Arial" w:hAnsi="Arial" w:cs="Arial" w:eastAsia="Arial"/>
                <w:b/>
                <w:i w:val="0"/>
                <w:color w:val="FFFFFF"/>
                <w:sz w:val="20"/>
              </w:rPr>
              <w:t>Phase</w:t>
            </w:r>
          </w:p>
        </w:tc>
        <w:tc>
          <w:tcPr>
            <w:tcW w:type="dxa" w:w="2184"/>
            <w:shd w:val="clear" w:fill="1B3557"/>
          </w:tcPr>
          <w:p>
            <w:pPr>
              <w:spacing w:before="20" w:after="20" w:line="240" w:lineRule="auto"/>
            </w:pPr>
            <w:r>
              <w:rPr>
                <w:rFonts w:ascii="Arial" w:hAnsi="Arial" w:cs="Arial" w:eastAsia="Arial"/>
                <w:b/>
                <w:i w:val="0"/>
                <w:color w:val="FFFFFF"/>
                <w:sz w:val="20"/>
              </w:rPr>
              <w:t>Duration</w:t>
            </w:r>
          </w:p>
        </w:tc>
        <w:tc>
          <w:tcPr>
            <w:tcW w:type="dxa" w:w="5304"/>
            <w:shd w:val="clear" w:fill="1B3557"/>
          </w:tcPr>
          <w:p>
            <w:pPr>
              <w:spacing w:before="20" w:after="20" w:line="240" w:lineRule="auto"/>
            </w:pPr>
            <w:r>
              <w:rPr>
                <w:rFonts w:ascii="Arial" w:hAnsi="Arial" w:cs="Arial" w:eastAsia="Arial"/>
                <w:b/>
                <w:i w:val="0"/>
                <w:color w:val="FFFFFF"/>
                <w:sz w:val="20"/>
              </w:rPr>
              <w:t>Key Actions</w:t>
            </w:r>
          </w:p>
        </w:tc>
      </w:tr>
      <w:tr>
        <w:tc>
          <w:tcPr>
            <w:tcW w:type="dxa" w:w="1872"/>
            <w:shd w:val="clear" w:fill="FFFFFF"/>
          </w:tcPr>
          <w:p>
            <w:pPr>
              <w:spacing w:before="20" w:after="20" w:line="240" w:lineRule="auto"/>
            </w:pPr>
            <w:r>
              <w:rPr>
                <w:rFonts w:ascii="Arial" w:hAnsi="Arial" w:cs="Arial" w:eastAsia="Arial"/>
                <w:b/>
                <w:i w:val="0"/>
                <w:color w:val="333333"/>
                <w:sz w:val="20"/>
              </w:rPr>
              <w:t>1</w:t>
            </w:r>
          </w:p>
        </w:tc>
        <w:tc>
          <w:tcPr>
            <w:tcW w:type="dxa" w:w="2184"/>
            <w:shd w:val="clear" w:fill="FFFFFF"/>
          </w:tcPr>
          <w:p>
            <w:pPr>
              <w:spacing w:before="20" w:after="20" w:line="240" w:lineRule="auto"/>
            </w:pPr>
            <w:r>
              <w:rPr>
                <w:rFonts w:ascii="Arial" w:hAnsi="Arial" w:cs="Arial" w:eastAsia="Arial"/>
                <w:b w:val="0"/>
                <w:i w:val="0"/>
                <w:color w:val="333333"/>
                <w:sz w:val="20"/>
              </w:rPr>
              <w:t>Weeks 1–3</w:t>
            </w:r>
          </w:p>
        </w:tc>
        <w:tc>
          <w:tcPr>
            <w:tcW w:type="dxa" w:w="5304"/>
            <w:shd w:val="clear" w:fill="FFFFFF"/>
          </w:tcPr>
          <w:p>
            <w:pPr>
              <w:spacing w:before="20" w:after="20" w:line="240" w:lineRule="auto"/>
            </w:pPr>
            <w:r>
              <w:rPr>
                <w:rFonts w:ascii="Arial" w:hAnsi="Arial" w:cs="Arial" w:eastAsia="Arial"/>
                <w:b w:val="0"/>
                <w:i w:val="0"/>
                <w:color w:val="333333"/>
                <w:sz w:val="20"/>
              </w:rPr>
              <w:t>Recruit and confirm all 5 board members. Draft Articles, Bylaws, COI Policy. Confirm CEO compensation structure with board.</w:t>
            </w:r>
          </w:p>
        </w:tc>
      </w:tr>
      <w:tr>
        <w:tc>
          <w:tcPr>
            <w:tcW w:type="dxa" w:w="1872"/>
            <w:shd w:val="clear" w:fill="F4F6F8"/>
          </w:tcPr>
          <w:p>
            <w:pPr>
              <w:spacing w:before="20" w:after="20" w:line="240" w:lineRule="auto"/>
            </w:pPr>
            <w:r>
              <w:rPr>
                <w:rFonts w:ascii="Arial" w:hAnsi="Arial" w:cs="Arial" w:eastAsia="Arial"/>
                <w:b/>
                <w:i w:val="0"/>
                <w:color w:val="333333"/>
                <w:sz w:val="20"/>
              </w:rPr>
              <w:t>2</w:t>
            </w:r>
          </w:p>
        </w:tc>
        <w:tc>
          <w:tcPr>
            <w:tcW w:type="dxa" w:w="2184"/>
            <w:shd w:val="clear" w:fill="F4F6F8"/>
          </w:tcPr>
          <w:p>
            <w:pPr>
              <w:spacing w:before="20" w:after="20" w:line="240" w:lineRule="auto"/>
            </w:pPr>
            <w:r>
              <w:rPr>
                <w:rFonts w:ascii="Arial" w:hAnsi="Arial" w:cs="Arial" w:eastAsia="Arial"/>
                <w:b w:val="0"/>
                <w:i w:val="0"/>
                <w:color w:val="333333"/>
                <w:sz w:val="20"/>
              </w:rPr>
              <w:t>Weeks 3–4</w:t>
            </w:r>
          </w:p>
        </w:tc>
        <w:tc>
          <w:tcPr>
            <w:tcW w:type="dxa" w:w="5304"/>
            <w:shd w:val="clear" w:fill="F4F6F8"/>
          </w:tcPr>
          <w:p>
            <w:pPr>
              <w:spacing w:before="20" w:after="20" w:line="240" w:lineRule="auto"/>
            </w:pPr>
            <w:r>
              <w:rPr>
                <w:rFonts w:ascii="Arial" w:hAnsi="Arial" w:cs="Arial" w:eastAsia="Arial"/>
                <w:b w:val="0"/>
                <w:i w:val="0"/>
                <w:color w:val="333333"/>
                <w:sz w:val="20"/>
              </w:rPr>
              <w:t>File IL Articles ($50). Get EIN (free, same day). Hold org board meeting. Open bank account. File IL CO-1 ($15).</w:t>
            </w:r>
          </w:p>
        </w:tc>
      </w:tr>
      <w:tr>
        <w:tc>
          <w:tcPr>
            <w:tcW w:type="dxa" w:w="1872"/>
            <w:shd w:val="clear" w:fill="FFFFFF"/>
          </w:tcPr>
          <w:p>
            <w:pPr>
              <w:spacing w:before="20" w:after="20" w:line="240" w:lineRule="auto"/>
            </w:pPr>
            <w:r>
              <w:rPr>
                <w:rFonts w:ascii="Arial" w:hAnsi="Arial" w:cs="Arial" w:eastAsia="Arial"/>
                <w:b/>
                <w:i w:val="0"/>
                <w:color w:val="333333"/>
                <w:sz w:val="20"/>
              </w:rPr>
              <w:t>3a (prep)</w:t>
            </w:r>
          </w:p>
        </w:tc>
        <w:tc>
          <w:tcPr>
            <w:tcW w:type="dxa" w:w="2184"/>
            <w:shd w:val="clear" w:fill="FFFFFF"/>
          </w:tcPr>
          <w:p>
            <w:pPr>
              <w:spacing w:before="20" w:after="20" w:line="240" w:lineRule="auto"/>
            </w:pPr>
            <w:r>
              <w:rPr>
                <w:rFonts w:ascii="Arial" w:hAnsi="Arial" w:cs="Arial" w:eastAsia="Arial"/>
                <w:b w:val="0"/>
                <w:i w:val="0"/>
                <w:color w:val="333333"/>
                <w:sz w:val="20"/>
              </w:rPr>
              <w:t>Weeks 4–12</w:t>
            </w:r>
          </w:p>
        </w:tc>
        <w:tc>
          <w:tcPr>
            <w:tcW w:type="dxa" w:w="5304"/>
            <w:shd w:val="clear" w:fill="FFFFFF"/>
          </w:tcPr>
          <w:p>
            <w:pPr>
              <w:spacing w:before="20" w:after="20" w:line="240" w:lineRule="auto"/>
            </w:pPr>
            <w:r>
              <w:rPr>
                <w:rFonts w:ascii="Arial" w:hAnsi="Arial" w:cs="Arial" w:eastAsia="Arial"/>
                <w:b w:val="0"/>
                <w:i w:val="0"/>
                <w:color w:val="333333"/>
                <w:sz w:val="20"/>
              </w:rPr>
              <w:t>Prepare Form 1023 — narrative, financial projections, exhibits. This is the longest prep phase. Use AI to draft; board reviews final version.</w:t>
            </w:r>
          </w:p>
        </w:tc>
      </w:tr>
      <w:tr>
        <w:tc>
          <w:tcPr>
            <w:tcW w:type="dxa" w:w="1872"/>
            <w:shd w:val="clear" w:fill="F4F6F8"/>
          </w:tcPr>
          <w:p>
            <w:pPr>
              <w:spacing w:before="20" w:after="20" w:line="240" w:lineRule="auto"/>
            </w:pPr>
            <w:r>
              <w:rPr>
                <w:rFonts w:ascii="Arial" w:hAnsi="Arial" w:cs="Arial" w:eastAsia="Arial"/>
                <w:b/>
                <w:i w:val="0"/>
                <w:color w:val="333333"/>
                <w:sz w:val="20"/>
              </w:rPr>
              <w:t>3b (IRS review)</w:t>
            </w:r>
          </w:p>
        </w:tc>
        <w:tc>
          <w:tcPr>
            <w:tcW w:type="dxa" w:w="2184"/>
            <w:shd w:val="clear" w:fill="F4F6F8"/>
          </w:tcPr>
          <w:p>
            <w:pPr>
              <w:spacing w:before="20" w:after="20" w:line="240" w:lineRule="auto"/>
            </w:pPr>
            <w:r>
              <w:rPr>
                <w:rFonts w:ascii="Arial" w:hAnsi="Arial" w:cs="Arial" w:eastAsia="Arial"/>
                <w:b w:val="0"/>
                <w:i w:val="0"/>
                <w:color w:val="333333"/>
                <w:sz w:val="20"/>
              </w:rPr>
              <w:t>3–6 months</w:t>
            </w:r>
          </w:p>
        </w:tc>
        <w:tc>
          <w:tcPr>
            <w:tcW w:type="dxa" w:w="5304"/>
            <w:shd w:val="clear" w:fill="F4F6F8"/>
          </w:tcPr>
          <w:p>
            <w:pPr>
              <w:spacing w:before="20" w:after="20" w:line="240" w:lineRule="auto"/>
            </w:pPr>
            <w:r>
              <w:rPr>
                <w:rFonts w:ascii="Arial" w:hAnsi="Arial" w:cs="Arial" w:eastAsia="Arial"/>
                <w:b w:val="0"/>
                <w:i w:val="0"/>
                <w:color w:val="333333"/>
                <w:sz w:val="20"/>
              </w:rPr>
              <w:t>IRS reviews application. Monitor pay.gov for status. Respond to any information requests promptly.</w:t>
            </w:r>
          </w:p>
        </w:tc>
      </w:tr>
      <w:tr>
        <w:tc>
          <w:tcPr>
            <w:tcW w:type="dxa" w:w="1872"/>
            <w:shd w:val="clear" w:fill="FFFFFF"/>
          </w:tcPr>
          <w:p>
            <w:pPr>
              <w:spacing w:before="20" w:after="20" w:line="240" w:lineRule="auto"/>
            </w:pPr>
            <w:r>
              <w:rPr>
                <w:rFonts w:ascii="Arial" w:hAnsi="Arial" w:cs="Arial" w:eastAsia="Arial"/>
                <w:b/>
                <w:i w:val="0"/>
                <w:color w:val="333333"/>
                <w:sz w:val="20"/>
              </w:rPr>
              <w:t>4</w:t>
            </w:r>
          </w:p>
        </w:tc>
        <w:tc>
          <w:tcPr>
            <w:tcW w:type="dxa" w:w="2184"/>
            <w:shd w:val="clear" w:fill="FFFFFF"/>
          </w:tcPr>
          <w:p>
            <w:pPr>
              <w:spacing w:before="20" w:after="20" w:line="240" w:lineRule="auto"/>
            </w:pPr>
            <w:r>
              <w:rPr>
                <w:rFonts w:ascii="Arial" w:hAnsi="Arial" w:cs="Arial" w:eastAsia="Arial"/>
                <w:b w:val="0"/>
                <w:i w:val="0"/>
                <w:color w:val="333333"/>
                <w:sz w:val="20"/>
              </w:rPr>
              <w:t>2–4 weeks post-letter</w:t>
            </w:r>
          </w:p>
        </w:tc>
        <w:tc>
          <w:tcPr>
            <w:tcW w:type="dxa" w:w="5304"/>
            <w:shd w:val="clear" w:fill="FFFFFF"/>
          </w:tcPr>
          <w:p>
            <w:pPr>
              <w:spacing w:before="20" w:after="20" w:line="240" w:lineRule="auto"/>
            </w:pPr>
            <w:r>
              <w:rPr>
                <w:rFonts w:ascii="Arial" w:hAnsi="Arial" w:cs="Arial" w:eastAsia="Arial"/>
                <w:b w:val="0"/>
                <w:i w:val="0"/>
                <w:color w:val="333333"/>
                <w:sz w:val="20"/>
              </w:rPr>
              <w:t>Apply for IL income tax exemption (STAX-1) and IL sales tax exemption (MyTax Illinois). Renew CO-1 annually going forward.</w:t>
            </w:r>
          </w:p>
        </w:tc>
      </w:tr>
      <w:tr>
        <w:tc>
          <w:tcPr>
            <w:tcW w:type="dxa" w:w="1872"/>
            <w:shd w:val="clear" w:fill="F4F6F8"/>
          </w:tcPr>
          <w:p>
            <w:pPr>
              <w:spacing w:before="20" w:after="20" w:line="240" w:lineRule="auto"/>
            </w:pPr>
            <w:r>
              <w:rPr>
                <w:rFonts w:ascii="Arial" w:hAnsi="Arial" w:cs="Arial" w:eastAsia="Arial"/>
                <w:b/>
                <w:i w:val="0"/>
                <w:color w:val="333333"/>
                <w:sz w:val="20"/>
              </w:rPr>
              <w:t>5</w:t>
            </w:r>
          </w:p>
        </w:tc>
        <w:tc>
          <w:tcPr>
            <w:tcW w:type="dxa" w:w="2184"/>
            <w:shd w:val="clear" w:fill="F4F6F8"/>
          </w:tcPr>
          <w:p>
            <w:pPr>
              <w:spacing w:before="20" w:after="20" w:line="240" w:lineRule="auto"/>
            </w:pPr>
            <w:r>
              <w:rPr>
                <w:rFonts w:ascii="Arial" w:hAnsi="Arial" w:cs="Arial" w:eastAsia="Arial"/>
                <w:b w:val="0"/>
                <w:i w:val="0"/>
                <w:color w:val="333333"/>
                <w:sz w:val="20"/>
              </w:rPr>
              <w:t>Parallel to Phase 3</w:t>
            </w:r>
          </w:p>
        </w:tc>
        <w:tc>
          <w:tcPr>
            <w:tcW w:type="dxa" w:w="5304"/>
            <w:shd w:val="clear" w:fill="F4F6F8"/>
          </w:tcPr>
          <w:p>
            <w:pPr>
              <w:spacing w:before="20" w:after="20" w:line="240" w:lineRule="auto"/>
            </w:pPr>
            <w:r>
              <w:rPr>
                <w:rFonts w:ascii="Arial" w:hAnsi="Arial" w:cs="Arial" w:eastAsia="Arial"/>
                <w:b w:val="0"/>
                <w:i w:val="0"/>
                <w:color w:val="333333"/>
                <w:sz w:val="20"/>
              </w:rPr>
              <w:t>Obtain insurance quotes and bind coverage. Certify instructors. Set up Wave + Zeffy. Negotiate marina rental partnerships. Begin marketing.</w:t>
            </w:r>
          </w:p>
        </w:tc>
      </w:tr>
      <w:tr>
        <w:tc>
          <w:tcPr>
            <w:tcW w:type="dxa" w:w="1872"/>
            <w:shd w:val="clear" w:fill="FFFFFF"/>
          </w:tcPr>
          <w:p>
            <w:pPr>
              <w:spacing w:before="20" w:after="20" w:line="240" w:lineRule="auto"/>
            </w:pPr>
            <w:r>
              <w:rPr>
                <w:rFonts w:ascii="Arial" w:hAnsi="Arial" w:cs="Arial" w:eastAsia="Arial"/>
                <w:b/>
                <w:i w:val="0"/>
                <w:color w:val="333333"/>
                <w:sz w:val="20"/>
              </w:rPr>
              <w:t>TOTAL</w:t>
            </w:r>
          </w:p>
        </w:tc>
        <w:tc>
          <w:tcPr>
            <w:tcW w:type="dxa" w:w="2184"/>
            <w:shd w:val="clear" w:fill="FFFFFF"/>
          </w:tcPr>
          <w:p>
            <w:pPr>
              <w:spacing w:before="20" w:after="20" w:line="240" w:lineRule="auto"/>
            </w:pPr>
            <w:r>
              <w:rPr>
                <w:rFonts w:ascii="Arial" w:hAnsi="Arial" w:cs="Arial" w:eastAsia="Arial"/>
                <w:b w:val="0"/>
                <w:i w:val="0"/>
                <w:color w:val="333333"/>
                <w:sz w:val="20"/>
              </w:rPr>
              <w:t>6–10 months</w:t>
            </w:r>
          </w:p>
        </w:tc>
        <w:tc>
          <w:tcPr>
            <w:tcW w:type="dxa" w:w="5304"/>
            <w:shd w:val="clear" w:fill="FFFFFF"/>
          </w:tcPr>
          <w:p>
            <w:pPr>
              <w:spacing w:before="20" w:after="20" w:line="240" w:lineRule="auto"/>
            </w:pPr>
            <w:r>
              <w:rPr>
                <w:rFonts w:ascii="Arial" w:hAnsi="Arial" w:cs="Arial" w:eastAsia="Arial"/>
                <w:b w:val="0"/>
                <w:i w:val="0"/>
                <w:color w:val="333333"/>
                <w:sz w:val="20"/>
              </w:rPr>
              <w:t>You can run programs before the Determination Letter arrives — document everything and disclose 501(c)(3)-pending status to donors.</w:t>
            </w:r>
          </w:p>
        </w:tc>
      </w:tr>
    </w:tbl>
    <w:p>
      <w:pPr>
        <w:spacing w:before="0" w:after="80" w:line="240" w:lineRule="auto"/>
      </w:pPr>
    </w:p>
    <w:p>
      <w:pPr>
        <w:spacing w:before="280" w:after="120" w:line="240" w:lineRule="auto"/>
        <w:pBdr>
          <w:bottom w:val="single" w:color="1A6B7A" w:sz="4" w:space="4"/>
        </w:pBdr>
      </w:pPr>
      <w:r>
        <w:rPr>
          <w:rFonts w:ascii="Arial" w:hAnsi="Arial" w:cs="Arial" w:eastAsia="Arial"/>
          <w:b/>
          <w:i w:val="0"/>
          <w:color w:val="1B3557"/>
          <w:sz w:val="36"/>
        </w:rPr>
        <w:t>9. Annual Compliance Calendar</w:t>
      </w:r>
    </w:p>
    <w:p>
      <w:pPr>
        <w:spacing w:before="0" w:after="100" w:line="240" w:lineRule="auto"/>
      </w:pPr>
      <w:r>
        <w:rPr>
          <w:rFonts w:ascii="Arial" w:hAnsi="Arial" w:cs="Arial" w:eastAsia="Arial"/>
          <w:b w:val="0"/>
          <w:i w:val="0"/>
          <w:color w:val="333333"/>
          <w:sz w:val="20"/>
        </w:rPr>
        <w:t>Missing the IRS 990-EZ three years running triggers automatic revocation. Missing the IL annual report triggers administrative dissolution. Neither is recoverable easily.</w:t>
      </w:r>
    </w:p>
    <w:tbl>
      <w:tblPr>
        <w:tblW w:type="auto" w:w="0"/>
        <w:tblLayout w:type="fixed"/>
        <w:tblLook w:firstColumn="1" w:firstRow="1" w:lastColumn="0" w:lastRow="0" w:noHBand="0" w:noVBand="1" w:val="04A0"/>
        <w:tblBorders>
          <w:top w:val="single" w:color="auto" w:sz="4"/>
          <w:left w:val="single" w:color="auto" w:sz="4"/>
          <w:bottom w:val="single" w:color="auto" w:sz="4"/>
          <w:right w:val="single" w:color="auto" w:sz="4"/>
          <w:insideH w:val="single" w:color="auto" w:sz="4"/>
          <w:insideV w:val="single" w:color="auto" w:sz="4"/>
        </w:tblBorders>
      </w:tblPr>
      <w:tblGrid>
        <w:gridCol w:w="3360"/>
        <w:gridCol w:w="3360"/>
        <w:gridCol w:w="3360"/>
      </w:tblGrid>
      <w:tr>
        <w:tc>
          <w:tcPr>
            <w:tcW w:type="dxa" w:w="3120"/>
            <w:shd w:val="clear" w:fill="1B3557"/>
          </w:tcPr>
          <w:p>
            <w:pPr>
              <w:spacing w:before="20" w:after="20" w:line="240" w:lineRule="auto"/>
            </w:pPr>
            <w:r>
              <w:rPr>
                <w:rFonts w:ascii="Arial" w:hAnsi="Arial" w:cs="Arial" w:eastAsia="Arial"/>
                <w:b/>
                <w:i w:val="0"/>
                <w:color w:val="FFFFFF"/>
                <w:sz w:val="20"/>
              </w:rPr>
              <w:t>Task</w:t>
            </w:r>
          </w:p>
        </w:tc>
        <w:tc>
          <w:tcPr>
            <w:tcW w:type="dxa" w:w="2836"/>
            <w:shd w:val="clear" w:fill="1B3557"/>
          </w:tcPr>
          <w:p>
            <w:pPr>
              <w:spacing w:before="20" w:after="20" w:line="240" w:lineRule="auto"/>
            </w:pPr>
            <w:r>
              <w:rPr>
                <w:rFonts w:ascii="Arial" w:hAnsi="Arial" w:cs="Arial" w:eastAsia="Arial"/>
                <w:b/>
                <w:i w:val="0"/>
                <w:color w:val="FFFFFF"/>
                <w:sz w:val="20"/>
              </w:rPr>
              <w:t>Deadline</w:t>
            </w:r>
          </w:p>
        </w:tc>
        <w:tc>
          <w:tcPr>
            <w:tcW w:type="dxa" w:w="3403"/>
            <w:shd w:val="clear" w:fill="1B3557"/>
          </w:tcPr>
          <w:p>
            <w:pPr>
              <w:spacing w:before="20" w:after="20" w:line="240" w:lineRule="auto"/>
            </w:pPr>
            <w:r>
              <w:rPr>
                <w:rFonts w:ascii="Arial" w:hAnsi="Arial" w:cs="Arial" w:eastAsia="Arial"/>
                <w:b/>
                <w:i w:val="0"/>
                <w:color w:val="FFFFFF"/>
                <w:sz w:val="20"/>
              </w:rPr>
              <w:t>Notes</w:t>
            </w:r>
          </w:p>
        </w:tc>
      </w:tr>
      <w:tr>
        <w:tc>
          <w:tcPr>
            <w:tcW w:type="dxa" w:w="3120"/>
            <w:shd w:val="clear" w:fill="FFFFFF"/>
          </w:tcPr>
          <w:p>
            <w:pPr>
              <w:spacing w:before="20" w:after="20" w:line="240" w:lineRule="auto"/>
            </w:pPr>
            <w:r>
              <w:rPr>
                <w:rFonts w:ascii="Arial" w:hAnsi="Arial" w:cs="Arial" w:eastAsia="Arial"/>
                <w:b/>
                <w:i w:val="0"/>
                <w:color w:val="333333"/>
                <w:sz w:val="20"/>
              </w:rPr>
              <w:t>IRS Form 990-EZ</w:t>
            </w:r>
          </w:p>
        </w:tc>
        <w:tc>
          <w:tcPr>
            <w:tcW w:type="dxa" w:w="2836"/>
            <w:shd w:val="clear" w:fill="FFFFFF"/>
          </w:tcPr>
          <w:p>
            <w:pPr>
              <w:spacing w:before="20" w:after="20" w:line="240" w:lineRule="auto"/>
            </w:pPr>
            <w:r>
              <w:rPr>
                <w:rFonts w:ascii="Arial" w:hAnsi="Arial" w:cs="Arial" w:eastAsia="Arial"/>
                <w:b w:val="0"/>
                <w:i w:val="0"/>
                <w:color w:val="333333"/>
                <w:sz w:val="20"/>
              </w:rPr>
              <w:t>15th day of 5th month after fiscal year end</w:t>
            </w:r>
          </w:p>
        </w:tc>
        <w:tc>
          <w:tcPr>
            <w:tcW w:type="dxa" w:w="3403"/>
            <w:shd w:val="clear" w:fill="FFFFFF"/>
          </w:tcPr>
          <w:p>
            <w:pPr>
              <w:spacing w:before="20" w:after="20" w:line="240" w:lineRule="auto"/>
            </w:pPr>
            <w:r>
              <w:rPr>
                <w:rFonts w:ascii="Arial" w:hAnsi="Arial" w:cs="Arial" w:eastAsia="Arial"/>
                <w:b w:val="0"/>
                <w:i w:val="0"/>
                <w:color w:val="333333"/>
                <w:sz w:val="20"/>
              </w:rPr>
              <w:t>If Dec 31 fiscal year: due May 15. Extensions available (Form 8868, free, automatic 6-month extension).</w:t>
            </w:r>
          </w:p>
        </w:tc>
      </w:tr>
      <w:tr>
        <w:tc>
          <w:tcPr>
            <w:tcW w:type="dxa" w:w="3120"/>
            <w:shd w:val="clear" w:fill="F4F6F8"/>
          </w:tcPr>
          <w:p>
            <w:pPr>
              <w:spacing w:before="20" w:after="20" w:line="240" w:lineRule="auto"/>
            </w:pPr>
            <w:r>
              <w:rPr>
                <w:rFonts w:ascii="Arial" w:hAnsi="Arial" w:cs="Arial" w:eastAsia="Arial"/>
                <w:b/>
                <w:i w:val="0"/>
                <w:color w:val="333333"/>
                <w:sz w:val="20"/>
              </w:rPr>
              <w:t>IL Annual Report (NFP 114.05)</w:t>
            </w:r>
          </w:p>
        </w:tc>
        <w:tc>
          <w:tcPr>
            <w:tcW w:type="dxa" w:w="2836"/>
            <w:shd w:val="clear" w:fill="F4F6F8"/>
          </w:tcPr>
          <w:p>
            <w:pPr>
              <w:spacing w:before="20" w:after="20" w:line="240" w:lineRule="auto"/>
            </w:pPr>
            <w:r>
              <w:rPr>
                <w:rFonts w:ascii="Arial" w:hAnsi="Arial" w:cs="Arial" w:eastAsia="Arial"/>
                <w:b w:val="0"/>
                <w:i w:val="0"/>
                <w:color w:val="333333"/>
                <w:sz w:val="20"/>
              </w:rPr>
              <w:t>Before anniversary month</w:t>
            </w:r>
          </w:p>
        </w:tc>
        <w:tc>
          <w:tcPr>
            <w:tcW w:type="dxa" w:w="3403"/>
            <w:shd w:val="clear" w:fill="F4F6F8"/>
          </w:tcPr>
          <w:p>
            <w:pPr>
              <w:spacing w:before="20" w:after="20" w:line="240" w:lineRule="auto"/>
            </w:pPr>
            <w:r>
              <w:rPr>
                <w:rFonts w:ascii="Arial" w:hAnsi="Arial" w:cs="Arial" w:eastAsia="Arial"/>
                <w:b w:val="0"/>
                <w:i w:val="0"/>
                <w:color w:val="333333"/>
                <w:sz w:val="20"/>
              </w:rPr>
              <w:t>$10. File at ilsos.gov. Set a calendar alert 60 days in advance.</w:t>
            </w:r>
          </w:p>
        </w:tc>
      </w:tr>
      <w:tr>
        <w:tc>
          <w:tcPr>
            <w:tcW w:type="dxa" w:w="3120"/>
            <w:shd w:val="clear" w:fill="FFFFFF"/>
          </w:tcPr>
          <w:p>
            <w:pPr>
              <w:spacing w:before="20" w:after="20" w:line="240" w:lineRule="auto"/>
            </w:pPr>
            <w:r>
              <w:rPr>
                <w:rFonts w:ascii="Arial" w:hAnsi="Arial" w:cs="Arial" w:eastAsia="Arial"/>
                <w:b/>
                <w:i w:val="0"/>
                <w:color w:val="333333"/>
                <w:sz w:val="20"/>
              </w:rPr>
              <w:t>IL CO-2 Charitable Renewal</w:t>
            </w:r>
          </w:p>
        </w:tc>
        <w:tc>
          <w:tcPr>
            <w:tcW w:type="dxa" w:w="2836"/>
            <w:shd w:val="clear" w:fill="FFFFFF"/>
          </w:tcPr>
          <w:p>
            <w:pPr>
              <w:spacing w:before="20" w:after="20" w:line="240" w:lineRule="auto"/>
            </w:pPr>
            <w:r>
              <w:rPr>
                <w:rFonts w:ascii="Arial" w:hAnsi="Arial" w:cs="Arial" w:eastAsia="Arial"/>
                <w:b w:val="0"/>
                <w:i w:val="0"/>
                <w:color w:val="333333"/>
                <w:sz w:val="20"/>
              </w:rPr>
              <w:t>Annually (6 months after fiscal year end)</w:t>
            </w:r>
          </w:p>
        </w:tc>
        <w:tc>
          <w:tcPr>
            <w:tcW w:type="dxa" w:w="3403"/>
            <w:shd w:val="clear" w:fill="FFFFFF"/>
          </w:tcPr>
          <w:p>
            <w:pPr>
              <w:spacing w:before="20" w:after="20" w:line="240" w:lineRule="auto"/>
            </w:pPr>
            <w:r>
              <w:rPr>
                <w:rFonts w:ascii="Arial" w:hAnsi="Arial" w:cs="Arial" w:eastAsia="Arial"/>
                <w:b w:val="0"/>
                <w:i w:val="0"/>
                <w:color w:val="333333"/>
                <w:sz w:val="20"/>
              </w:rPr>
              <w:t>$15. File with IL AG. Attach Form 990-EZ.</w:t>
            </w:r>
          </w:p>
        </w:tc>
      </w:tr>
      <w:tr>
        <w:tc>
          <w:tcPr>
            <w:tcW w:type="dxa" w:w="3120"/>
            <w:shd w:val="clear" w:fill="F4F6F8"/>
          </w:tcPr>
          <w:p>
            <w:pPr>
              <w:spacing w:before="20" w:after="20" w:line="240" w:lineRule="auto"/>
            </w:pPr>
            <w:r>
              <w:rPr>
                <w:rFonts w:ascii="Arial" w:hAnsi="Arial" w:cs="Arial" w:eastAsia="Arial"/>
                <w:b/>
                <w:i w:val="0"/>
                <w:color w:val="333333"/>
                <w:sz w:val="20"/>
              </w:rPr>
              <w:t>Board meetings (with minutes)</w:t>
            </w:r>
          </w:p>
        </w:tc>
        <w:tc>
          <w:tcPr>
            <w:tcW w:type="dxa" w:w="2836"/>
            <w:shd w:val="clear" w:fill="F4F6F8"/>
          </w:tcPr>
          <w:p>
            <w:pPr>
              <w:spacing w:before="20" w:after="20" w:line="240" w:lineRule="auto"/>
            </w:pPr>
            <w:r>
              <w:rPr>
                <w:rFonts w:ascii="Arial" w:hAnsi="Arial" w:cs="Arial" w:eastAsia="Arial"/>
                <w:b w:val="0"/>
                <w:i w:val="0"/>
                <w:color w:val="333333"/>
                <w:sz w:val="20"/>
              </w:rPr>
              <w:t>Quarterly minimum</w:t>
            </w:r>
          </w:p>
        </w:tc>
        <w:tc>
          <w:tcPr>
            <w:tcW w:type="dxa" w:w="3403"/>
            <w:shd w:val="clear" w:fill="F4F6F8"/>
          </w:tcPr>
          <w:p>
            <w:pPr>
              <w:spacing w:before="20" w:after="20" w:line="240" w:lineRule="auto"/>
            </w:pPr>
            <w:r>
              <w:rPr>
                <w:rFonts w:ascii="Arial" w:hAnsi="Arial" w:cs="Arial" w:eastAsia="Arial"/>
                <w:b w:val="0"/>
                <w:i w:val="0"/>
                <w:color w:val="333333"/>
                <w:sz w:val="20"/>
              </w:rPr>
              <w:t>Minutes are legal records. AI drafts from your notes. Secretary signs.</w:t>
            </w:r>
          </w:p>
        </w:tc>
      </w:tr>
      <w:tr>
        <w:tc>
          <w:tcPr>
            <w:tcW w:type="dxa" w:w="3120"/>
            <w:shd w:val="clear" w:fill="FFFFFF"/>
          </w:tcPr>
          <w:p>
            <w:pPr>
              <w:spacing w:before="20" w:after="20" w:line="240" w:lineRule="auto"/>
            </w:pPr>
            <w:r>
              <w:rPr>
                <w:rFonts w:ascii="Arial" w:hAnsi="Arial" w:cs="Arial" w:eastAsia="Arial"/>
                <w:b/>
                <w:i w:val="0"/>
                <w:color w:val="333333"/>
                <w:sz w:val="20"/>
              </w:rPr>
              <w:t>Insurance renewal</w:t>
            </w:r>
          </w:p>
        </w:tc>
        <w:tc>
          <w:tcPr>
            <w:tcW w:type="dxa" w:w="2836"/>
            <w:shd w:val="clear" w:fill="FFFFFF"/>
          </w:tcPr>
          <w:p>
            <w:pPr>
              <w:spacing w:before="20" w:after="20" w:line="240" w:lineRule="auto"/>
            </w:pPr>
            <w:r>
              <w:rPr>
                <w:rFonts w:ascii="Arial" w:hAnsi="Arial" w:cs="Arial" w:eastAsia="Arial"/>
                <w:b w:val="0"/>
                <w:i w:val="0"/>
                <w:color w:val="333333"/>
                <w:sz w:val="20"/>
              </w:rPr>
              <w:t>Annually, 60 days before expiry</w:t>
            </w:r>
          </w:p>
        </w:tc>
        <w:tc>
          <w:tcPr>
            <w:tcW w:type="dxa" w:w="3403"/>
            <w:shd w:val="clear" w:fill="FFFFFF"/>
          </w:tcPr>
          <w:p>
            <w:pPr>
              <w:spacing w:before="20" w:after="20" w:line="240" w:lineRule="auto"/>
            </w:pPr>
            <w:r>
              <w:rPr>
                <w:rFonts w:ascii="Arial" w:hAnsi="Arial" w:cs="Arial" w:eastAsia="Arial"/>
                <w:b w:val="0"/>
                <w:i w:val="0"/>
                <w:color w:val="333333"/>
                <w:sz w:val="20"/>
              </w:rPr>
              <w:t>Marine liability + GL + D&amp;O + SAM rider (if youth programs active). Do not let this lapse.</w:t>
            </w:r>
          </w:p>
        </w:tc>
      </w:tr>
      <w:tr>
        <w:tc>
          <w:tcPr>
            <w:tcW w:type="dxa" w:w="3120"/>
            <w:shd w:val="clear" w:fill="F4F6F8"/>
          </w:tcPr>
          <w:p>
            <w:pPr>
              <w:spacing w:before="20" w:after="20" w:line="240" w:lineRule="auto"/>
            </w:pPr>
            <w:r>
              <w:rPr>
                <w:rFonts w:ascii="Arial" w:hAnsi="Arial" w:cs="Arial" w:eastAsia="Arial"/>
                <w:b/>
                <w:i w:val="0"/>
                <w:color w:val="333333"/>
                <w:sz w:val="20"/>
              </w:rPr>
              <w:t>Instructor certification + background check review</w:t>
            </w:r>
          </w:p>
        </w:tc>
        <w:tc>
          <w:tcPr>
            <w:tcW w:type="dxa" w:w="2836"/>
            <w:shd w:val="clear" w:fill="F4F6F8"/>
          </w:tcPr>
          <w:p>
            <w:pPr>
              <w:spacing w:before="20" w:after="20" w:line="240" w:lineRule="auto"/>
            </w:pPr>
            <w:r>
              <w:rPr>
                <w:rFonts w:ascii="Arial" w:hAnsi="Arial" w:cs="Arial" w:eastAsia="Arial"/>
                <w:b w:val="0"/>
                <w:i w:val="0"/>
                <w:color w:val="333333"/>
                <w:sz w:val="20"/>
              </w:rPr>
              <w:t>Before each program season</w:t>
            </w:r>
          </w:p>
        </w:tc>
        <w:tc>
          <w:tcPr>
            <w:tcW w:type="dxa" w:w="3403"/>
            <w:shd w:val="clear" w:fill="F4F6F8"/>
          </w:tcPr>
          <w:p>
            <w:pPr>
              <w:spacing w:before="20" w:after="20" w:line="240" w:lineRule="auto"/>
            </w:pPr>
            <w:r>
              <w:rPr>
                <w:rFonts w:ascii="Arial" w:hAnsi="Arial" w:cs="Arial" w:eastAsia="Arial"/>
                <w:b w:val="0"/>
                <w:i w:val="0"/>
                <w:color w:val="333333"/>
                <w:sz w:val="20"/>
              </w:rPr>
              <w:t>US Sailing / ASA credentials. NCSI background checks for youth instructors. Document in personnel file.</w:t>
            </w:r>
          </w:p>
        </w:tc>
      </w:tr>
      <w:tr>
        <w:tc>
          <w:tcPr>
            <w:tcW w:type="dxa" w:w="3120"/>
            <w:shd w:val="clear" w:fill="FFFFFF"/>
          </w:tcPr>
          <w:p>
            <w:pPr>
              <w:spacing w:before="20" w:after="20" w:line="240" w:lineRule="auto"/>
            </w:pPr>
            <w:r>
              <w:rPr>
                <w:rFonts w:ascii="Arial" w:hAnsi="Arial" w:cs="Arial" w:eastAsia="Arial"/>
                <w:b/>
                <w:i w:val="0"/>
                <w:color w:val="333333"/>
                <w:sz w:val="20"/>
              </w:rPr>
              <w:t>CEO compensation review (board vote)</w:t>
            </w:r>
          </w:p>
        </w:tc>
        <w:tc>
          <w:tcPr>
            <w:tcW w:type="dxa" w:w="2836"/>
            <w:shd w:val="clear" w:fill="FFFFFF"/>
          </w:tcPr>
          <w:p>
            <w:pPr>
              <w:spacing w:before="20" w:after="20" w:line="240" w:lineRule="auto"/>
            </w:pPr>
            <w:r>
              <w:rPr>
                <w:rFonts w:ascii="Arial" w:hAnsi="Arial" w:cs="Arial" w:eastAsia="Arial"/>
                <w:b w:val="0"/>
                <w:i w:val="0"/>
                <w:color w:val="333333"/>
                <w:sz w:val="20"/>
              </w:rPr>
              <w:t>Annually</w:t>
            </w:r>
          </w:p>
        </w:tc>
        <w:tc>
          <w:tcPr>
            <w:tcW w:type="dxa" w:w="3403"/>
            <w:shd w:val="clear" w:fill="FFFFFF"/>
          </w:tcPr>
          <w:p>
            <w:pPr>
              <w:spacing w:before="20" w:after="20" w:line="240" w:lineRule="auto"/>
            </w:pPr>
            <w:r>
              <w:rPr>
                <w:rFonts w:ascii="Arial" w:hAnsi="Arial" w:cs="Arial" w:eastAsia="Arial"/>
                <w:b w:val="0"/>
                <w:i w:val="0"/>
                <w:color w:val="333333"/>
                <w:sz w:val="20"/>
              </w:rPr>
              <w:t>Independent board members only vote. Document in minutes. This protects against IRS private benefit challenge.</w:t>
            </w:r>
          </w:p>
        </w:tc>
      </w:tr>
    </w:tbl>
    <w:p>
      <w:pPr>
        <w:spacing w:before="0" w:after="80" w:line="240" w:lineRule="auto"/>
      </w:pPr>
    </w:p>
    <w:p>
      <w:pPr>
        <w:spacing w:before="280" w:after="120" w:line="240" w:lineRule="auto"/>
        <w:pBdr>
          <w:bottom w:val="single" w:color="1A6B7A" w:sz="4" w:space="4"/>
        </w:pBdr>
      </w:pPr>
      <w:r>
        <w:rPr>
          <w:rFonts w:ascii="Arial" w:hAnsi="Arial" w:cs="Arial" w:eastAsia="Arial"/>
          <w:b/>
          <w:i w:val="0"/>
          <w:color w:val="1B3557"/>
          <w:sz w:val="36"/>
        </w:rPr>
        <w:t>10. The Bigger Picture</w:t>
      </w:r>
    </w:p>
    <w:p>
      <w:pPr>
        <w:spacing w:before="160" w:after="80" w:line="240" w:lineRule="auto"/>
      </w:pPr>
      <w:r>
        <w:rPr>
          <w:rFonts w:ascii="Arial" w:hAnsi="Arial" w:cs="Arial" w:eastAsia="Arial"/>
          <w:b/>
          <w:i w:val="0"/>
          <w:color w:val="1A6B7A"/>
          <w:sz w:val="26"/>
        </w:rPr>
        <w:t>Why This Mission Is Worth the Paperwork</w:t>
      </w:r>
    </w:p>
    <w:p>
      <w:pPr>
        <w:spacing w:before="0" w:after="100" w:line="240" w:lineRule="auto"/>
      </w:pPr>
      <w:r>
        <w:rPr>
          <w:rFonts w:ascii="Arial" w:hAnsi="Arial" w:cs="Arial" w:eastAsia="Arial"/>
          <w:b w:val="0"/>
          <w:i w:val="0"/>
          <w:color w:val="333333"/>
          <w:sz w:val="20"/>
        </w:rPr>
        <w:t>Sailing is one of the few remaining skills that demands full human presence — reading wind, reading water, reading the boat, making real-time decisions with real physical consequences. No simulation captures it. No AI replicates the feel of a gust heel, the sound of a luff, the negotiation between sail trim and tiller that becomes instinct.</w:t>
      </w:r>
    </w:p>
    <w:p>
      <w:pPr>
        <w:spacing w:before="0" w:after="100" w:line="240" w:lineRule="auto"/>
      </w:pPr>
      <w:r>
        <w:rPr>
          <w:rFonts w:ascii="Arial" w:hAnsi="Arial" w:cs="Arial" w:eastAsia="Arial"/>
          <w:b w:val="0"/>
          <w:i w:val="0"/>
          <w:color w:val="333333"/>
          <w:sz w:val="20"/>
        </w:rPr>
        <w:t>Teaching this skill freely, to anyone who shows up, is a genuine public benefit — not an abstraction. The 501(c)(3) structure exists precisely for this: organizations that produce societal value that markets will not fund on their own.</w:t>
      </w:r>
    </w:p>
    <w:p>
      <w:pPr>
        <w:spacing w:before="0" w:after="100" w:line="240" w:lineRule="auto"/>
      </w:pPr>
      <w:r>
        <w:rPr>
          <w:rFonts w:ascii="Arial" w:hAnsi="Arial" w:cs="Arial" w:eastAsia="Arial"/>
          <w:b w:val="0"/>
          <w:i w:val="0"/>
          <w:color w:val="333333"/>
          <w:sz w:val="20"/>
        </w:rPr>
        <w:t>The compliance overhead is real but manageable. Total annual cost to maintain legal standing: $85–$145. Total startup cost: under $800. The rest is programming, and programming is the point.</w:t>
      </w:r>
    </w:p>
    <w:p>
      <w:pPr>
        <w:spacing w:before="0" w:after="160" w:line="240" w:lineRule="auto"/>
      </w:pPr>
    </w:p>
    <w:p>
      <w:pPr>
        <w:spacing w:before="0" w:after="100" w:line="240" w:lineRule="auto"/>
      </w:pPr>
      <w:r>
        <w:rPr>
          <w:rFonts w:ascii="Arial" w:hAnsi="Arial" w:cs="Arial" w:eastAsia="Arial"/>
          <w:b w:val="0"/>
          <w:i/>
          <w:color w:val="666666"/>
          <w:sz w:val="20"/>
        </w:rPr>
        <w:t>This guide is for informational and planning purposes only and does not constitute legal or tax advice. Consult a licensed Illinois nonprofit attorney or CPA before filing Form 1023, particularly regarding compensation disclosures and board independence determinations.</w:t>
      </w:r>
    </w:p>
    <w:sectPr w:rsidR="00FC693F" w:rsidRPr="0006063C" w:rsidSect="00034616">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eastAsia="Arial"/>
      <w:color w:val="333333"/>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